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DD066" w14:textId="2C8A4028" w:rsidR="0096244C" w:rsidRPr="008C194E" w:rsidRDefault="0096244C" w:rsidP="00F475D5">
      <w:pPr>
        <w:ind w:left="7200" w:firstLine="720"/>
        <w:rPr>
          <w:rFonts w:cs="Times New Roman"/>
          <w:b/>
          <w:bCs/>
          <w:color w:val="000000" w:themeColor="text1"/>
          <w:sz w:val="22"/>
        </w:rPr>
      </w:pPr>
      <w:r w:rsidRPr="008C194E">
        <w:rPr>
          <w:rFonts w:cs="Times New Roman"/>
          <w:b/>
          <w:bCs/>
          <w:color w:val="000000" w:themeColor="text1"/>
          <w:sz w:val="22"/>
        </w:rPr>
        <w:t xml:space="preserve">Załącznik nr </w:t>
      </w:r>
      <w:r w:rsidR="00CE1123" w:rsidRPr="008C194E">
        <w:rPr>
          <w:rFonts w:cs="Times New Roman"/>
          <w:b/>
          <w:bCs/>
          <w:color w:val="000000" w:themeColor="text1"/>
          <w:sz w:val="22"/>
        </w:rPr>
        <w:t>1</w:t>
      </w:r>
    </w:p>
    <w:p w14:paraId="2020B72B" w14:textId="77777777" w:rsidR="0096244C" w:rsidRPr="008C194E" w:rsidRDefault="0096244C" w:rsidP="0096244C">
      <w:pPr>
        <w:spacing w:line="240" w:lineRule="auto"/>
        <w:jc w:val="right"/>
        <w:rPr>
          <w:rFonts w:cs="Times New Roman"/>
          <w:b/>
          <w:bCs/>
          <w:color w:val="000000" w:themeColor="text1"/>
          <w:sz w:val="22"/>
        </w:rPr>
      </w:pPr>
      <w:r w:rsidRPr="008C194E">
        <w:rPr>
          <w:rFonts w:cs="Times New Roman"/>
          <w:b/>
          <w:bCs/>
          <w:color w:val="000000" w:themeColor="text1"/>
          <w:sz w:val="22"/>
        </w:rPr>
        <w:t xml:space="preserve">Karta zgłoszenia uczestnictwa w Konkursie </w:t>
      </w:r>
    </w:p>
    <w:p w14:paraId="221FA57E" w14:textId="7735AAC7" w:rsidR="0096244C" w:rsidRPr="008D7FC3" w:rsidRDefault="0096244C" w:rsidP="0096244C">
      <w:pPr>
        <w:spacing w:line="240" w:lineRule="auto"/>
        <w:jc w:val="right"/>
        <w:rPr>
          <w:rFonts w:cs="Times New Roman"/>
          <w:b/>
          <w:color w:val="000000" w:themeColor="text1"/>
          <w:sz w:val="22"/>
        </w:rPr>
      </w:pPr>
      <w:r w:rsidRPr="008D7FC3">
        <w:rPr>
          <w:rFonts w:cs="Times New Roman"/>
          <w:b/>
          <w:color w:val="000000" w:themeColor="text1"/>
          <w:sz w:val="22"/>
        </w:rPr>
        <w:t>„Zaprojektuj Maskotkę WCR Jarocin”</w:t>
      </w:r>
      <w:r w:rsidR="00DF4D59">
        <w:rPr>
          <w:rFonts w:cs="Times New Roman"/>
          <w:b/>
          <w:color w:val="000000" w:themeColor="text1"/>
          <w:sz w:val="22"/>
        </w:rPr>
        <w:t xml:space="preserve"> 2026 r.</w:t>
      </w:r>
    </w:p>
    <w:p w14:paraId="6D507DA1" w14:textId="77777777" w:rsidR="0096244C" w:rsidRPr="008D7FC3" w:rsidRDefault="0096244C" w:rsidP="0096244C">
      <w:pPr>
        <w:rPr>
          <w:rFonts w:cs="Times New Roman"/>
          <w:color w:val="000000" w:themeColor="text1"/>
          <w:sz w:val="22"/>
        </w:rPr>
      </w:pPr>
    </w:p>
    <w:p w14:paraId="5BEB812B" w14:textId="0C512644" w:rsidR="00DF4D59" w:rsidRPr="00DF4D59" w:rsidRDefault="00DF4D59" w:rsidP="0096244C">
      <w:pPr>
        <w:rPr>
          <w:rFonts w:cs="Times New Roman"/>
          <w:b/>
          <w:bCs/>
          <w:color w:val="000000" w:themeColor="text1"/>
          <w:sz w:val="22"/>
        </w:rPr>
      </w:pPr>
      <w:r w:rsidRPr="00DF4D59">
        <w:rPr>
          <w:rFonts w:cs="Times New Roman"/>
          <w:b/>
          <w:bCs/>
          <w:color w:val="000000" w:themeColor="text1"/>
          <w:sz w:val="22"/>
        </w:rPr>
        <w:t>Dane Autora Projektu Maskotki:</w:t>
      </w:r>
    </w:p>
    <w:p w14:paraId="7A6CA4AC" w14:textId="2035AFC9" w:rsidR="0096244C" w:rsidRPr="008D7FC3" w:rsidRDefault="0096244C" w:rsidP="0096244C">
      <w:pPr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>Imię i nazwisko:</w:t>
      </w:r>
    </w:p>
    <w:p w14:paraId="34F6596A" w14:textId="77777777" w:rsidR="0096244C" w:rsidRPr="008D7FC3" w:rsidRDefault="0096244C" w:rsidP="0096244C">
      <w:pPr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>…………………………………………………………………………………………….</w:t>
      </w:r>
    </w:p>
    <w:p w14:paraId="0840130F" w14:textId="46A56485" w:rsidR="000E5E71" w:rsidRPr="008D7FC3" w:rsidRDefault="000E5E71" w:rsidP="000E5E71">
      <w:pPr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>Wiek:</w:t>
      </w:r>
    </w:p>
    <w:p w14:paraId="7FA5A059" w14:textId="1DEE5E9E" w:rsidR="000E5E71" w:rsidRPr="008D7FC3" w:rsidRDefault="000E5E71" w:rsidP="0096244C">
      <w:pPr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>……………………………………………………………………………………………..</w:t>
      </w:r>
    </w:p>
    <w:p w14:paraId="00ED52B3" w14:textId="147B5DC1" w:rsidR="000E5E71" w:rsidRPr="008D7FC3" w:rsidRDefault="000E5E71" w:rsidP="000E5E71">
      <w:pPr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>Imię i nazwisko rodzica/opiekuna:</w:t>
      </w:r>
      <w:r w:rsidR="00DF4D59">
        <w:rPr>
          <w:rFonts w:cs="Times New Roman"/>
          <w:color w:val="000000" w:themeColor="text1"/>
          <w:sz w:val="22"/>
        </w:rPr>
        <w:br/>
      </w:r>
      <w:r w:rsidR="00DF4D59" w:rsidRPr="00DF4D59">
        <w:rPr>
          <w:rFonts w:cs="Times New Roman"/>
          <w:i/>
          <w:iCs/>
          <w:color w:val="000000" w:themeColor="text1"/>
          <w:sz w:val="20"/>
          <w:szCs w:val="20"/>
          <w:u w:val="single"/>
        </w:rPr>
        <w:t>Jeśli dotyczy (Autor poniżej 18 r</w:t>
      </w:r>
      <w:r w:rsidR="00A65A0E">
        <w:rPr>
          <w:rFonts w:cs="Times New Roman"/>
          <w:i/>
          <w:iCs/>
          <w:color w:val="000000" w:themeColor="text1"/>
          <w:sz w:val="20"/>
          <w:szCs w:val="20"/>
          <w:u w:val="single"/>
        </w:rPr>
        <w:t>.</w:t>
      </w:r>
      <w:r w:rsidR="00DF4D59" w:rsidRPr="00DF4D59">
        <w:rPr>
          <w:rFonts w:cs="Times New Roman"/>
          <w:i/>
          <w:iCs/>
          <w:color w:val="000000" w:themeColor="text1"/>
          <w:sz w:val="20"/>
          <w:szCs w:val="20"/>
          <w:u w:val="single"/>
        </w:rPr>
        <w:t>ż</w:t>
      </w:r>
      <w:r w:rsidR="00DF4D59" w:rsidRPr="00DF4D59">
        <w:rPr>
          <w:rFonts w:cs="Times New Roman"/>
          <w:color w:val="000000" w:themeColor="text1"/>
          <w:sz w:val="20"/>
          <w:szCs w:val="20"/>
          <w:u w:val="single"/>
        </w:rPr>
        <w:t>.)</w:t>
      </w:r>
    </w:p>
    <w:p w14:paraId="7A921849" w14:textId="4FC8872D" w:rsidR="000E5E71" w:rsidRPr="008D7FC3" w:rsidRDefault="000E5E71" w:rsidP="0096244C">
      <w:pPr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>……………………………………………………………………………………………..</w:t>
      </w:r>
    </w:p>
    <w:p w14:paraId="69D105F5" w14:textId="4CFC21B3" w:rsidR="0096244C" w:rsidRPr="008D7FC3" w:rsidRDefault="0096244C" w:rsidP="0096244C">
      <w:pPr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>Adres zamieszkania:</w:t>
      </w:r>
    </w:p>
    <w:p w14:paraId="12DE68AA" w14:textId="77777777" w:rsidR="0096244C" w:rsidRPr="008D7FC3" w:rsidRDefault="0096244C" w:rsidP="0096244C">
      <w:pPr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>……………………………………………………………………………………………..</w:t>
      </w:r>
    </w:p>
    <w:p w14:paraId="7962015E" w14:textId="77777777" w:rsidR="0096244C" w:rsidRPr="008D7FC3" w:rsidRDefault="0096244C" w:rsidP="0096244C">
      <w:pPr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>Gmina:</w:t>
      </w:r>
    </w:p>
    <w:p w14:paraId="3FDB7B85" w14:textId="77777777" w:rsidR="0096244C" w:rsidRPr="008D7FC3" w:rsidRDefault="0096244C" w:rsidP="0096244C">
      <w:pPr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>……………………………………………………………………………………………..</w:t>
      </w:r>
    </w:p>
    <w:p w14:paraId="621E6745" w14:textId="735BB598" w:rsidR="0096244C" w:rsidRPr="008D7FC3" w:rsidRDefault="0096244C" w:rsidP="0096244C">
      <w:pPr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>Adres e-mail</w:t>
      </w:r>
      <w:r w:rsidR="00FA0769">
        <w:rPr>
          <w:rFonts w:cs="Times New Roman"/>
          <w:color w:val="000000" w:themeColor="text1"/>
          <w:sz w:val="22"/>
        </w:rPr>
        <w:t>*:</w:t>
      </w:r>
    </w:p>
    <w:p w14:paraId="436CA69F" w14:textId="77777777" w:rsidR="0096244C" w:rsidRPr="008D7FC3" w:rsidRDefault="0096244C" w:rsidP="0096244C">
      <w:pPr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>……………………………………………………………………………………………..</w:t>
      </w:r>
    </w:p>
    <w:p w14:paraId="3A40F276" w14:textId="20528CC5" w:rsidR="0096244C" w:rsidRPr="008D7FC3" w:rsidRDefault="0096244C" w:rsidP="0096244C">
      <w:pPr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>Telefon kontaktowy</w:t>
      </w:r>
      <w:r w:rsidR="00FA0769">
        <w:rPr>
          <w:rFonts w:cs="Times New Roman"/>
          <w:color w:val="000000" w:themeColor="text1"/>
          <w:sz w:val="22"/>
        </w:rPr>
        <w:t>*</w:t>
      </w:r>
      <w:r w:rsidR="004359F6">
        <w:rPr>
          <w:rFonts w:cs="Times New Roman"/>
          <w:color w:val="000000" w:themeColor="text1"/>
          <w:sz w:val="22"/>
        </w:rPr>
        <w:t>:</w:t>
      </w:r>
    </w:p>
    <w:p w14:paraId="68A26465" w14:textId="77777777" w:rsidR="0096244C" w:rsidRPr="008D7FC3" w:rsidRDefault="0096244C" w:rsidP="0096244C">
      <w:pPr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>……………………………………………………………………………………………..</w:t>
      </w:r>
    </w:p>
    <w:p w14:paraId="39A86030" w14:textId="77777777" w:rsidR="00AD549F" w:rsidRPr="008D7FC3" w:rsidRDefault="00AD549F" w:rsidP="00AD549F">
      <w:pPr>
        <w:tabs>
          <w:tab w:val="left" w:pos="284"/>
          <w:tab w:val="right" w:pos="9072"/>
        </w:tabs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color w:val="000000" w:themeColor="text1"/>
          <w:sz w:val="22"/>
        </w:rPr>
      </w:pPr>
    </w:p>
    <w:p w14:paraId="5C360A68" w14:textId="77777777" w:rsidR="0096244C" w:rsidRPr="008D7FC3" w:rsidRDefault="0096244C" w:rsidP="0096244C">
      <w:pPr>
        <w:rPr>
          <w:rFonts w:cs="Times New Roman"/>
          <w:color w:val="000000" w:themeColor="text1"/>
          <w:sz w:val="22"/>
        </w:rPr>
      </w:pPr>
    </w:p>
    <w:p w14:paraId="203A17FE" w14:textId="77777777" w:rsidR="0096244C" w:rsidRPr="008D7FC3" w:rsidRDefault="0096244C" w:rsidP="0096244C">
      <w:pPr>
        <w:rPr>
          <w:rFonts w:cs="Times New Roman"/>
          <w:color w:val="000000" w:themeColor="text1"/>
          <w:sz w:val="22"/>
        </w:rPr>
      </w:pPr>
    </w:p>
    <w:p w14:paraId="6FB72770" w14:textId="77777777" w:rsidR="0096244C" w:rsidRPr="008D7FC3" w:rsidRDefault="0096244C" w:rsidP="0096244C">
      <w:pPr>
        <w:rPr>
          <w:rFonts w:cs="Times New Roman"/>
          <w:color w:val="000000" w:themeColor="text1"/>
          <w:sz w:val="22"/>
        </w:rPr>
      </w:pPr>
    </w:p>
    <w:p w14:paraId="6070EE6B" w14:textId="77777777" w:rsidR="0096244C" w:rsidRPr="008D7FC3" w:rsidRDefault="0096244C" w:rsidP="0096244C">
      <w:pPr>
        <w:tabs>
          <w:tab w:val="right" w:pos="9072"/>
        </w:tabs>
        <w:spacing w:after="0" w:line="240" w:lineRule="auto"/>
        <w:ind w:left="142" w:hanging="142"/>
        <w:jc w:val="both"/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>.................................................</w:t>
      </w:r>
      <w:r w:rsidRPr="008D7FC3">
        <w:rPr>
          <w:rFonts w:cs="Times New Roman"/>
          <w:color w:val="000000" w:themeColor="text1"/>
          <w:sz w:val="22"/>
        </w:rPr>
        <w:tab/>
        <w:t>…..............................................</w:t>
      </w:r>
    </w:p>
    <w:p w14:paraId="67776D17" w14:textId="249697D0" w:rsidR="0096244C" w:rsidRPr="008D7FC3" w:rsidRDefault="0096244C" w:rsidP="0096244C">
      <w:pPr>
        <w:tabs>
          <w:tab w:val="right" w:pos="2835"/>
          <w:tab w:val="right" w:pos="9072"/>
        </w:tabs>
        <w:spacing w:after="0" w:line="240" w:lineRule="auto"/>
        <w:ind w:left="142" w:hanging="142"/>
        <w:jc w:val="both"/>
        <w:rPr>
          <w:rFonts w:cs="Times New Roman"/>
          <w:color w:val="000000" w:themeColor="text1"/>
          <w:sz w:val="22"/>
        </w:rPr>
      </w:pPr>
      <w:r w:rsidRPr="008D7FC3">
        <w:rPr>
          <w:rFonts w:cs="Times New Roman"/>
          <w:color w:val="000000" w:themeColor="text1"/>
          <w:sz w:val="22"/>
        </w:rPr>
        <w:tab/>
      </w:r>
      <w:r w:rsidRPr="008D7FC3">
        <w:rPr>
          <w:rFonts w:cs="Times New Roman"/>
          <w:color w:val="000000" w:themeColor="text1"/>
          <w:sz w:val="22"/>
        </w:rPr>
        <w:tab/>
        <w:t>(miejscowość i data)</w:t>
      </w:r>
      <w:r w:rsidRPr="008D7FC3">
        <w:rPr>
          <w:rFonts w:cs="Times New Roman"/>
          <w:color w:val="000000" w:themeColor="text1"/>
          <w:sz w:val="22"/>
        </w:rPr>
        <w:tab/>
        <w:t>(czytelny podpis rodzica/opiekuna)</w:t>
      </w:r>
    </w:p>
    <w:p w14:paraId="4BF30284" w14:textId="77777777" w:rsidR="00CA52C6" w:rsidRPr="008D7FC3" w:rsidRDefault="00CA52C6" w:rsidP="00CE1123">
      <w:pPr>
        <w:jc w:val="right"/>
        <w:rPr>
          <w:rFonts w:cs="Times New Roman"/>
          <w:color w:val="000000" w:themeColor="text1"/>
          <w:sz w:val="22"/>
        </w:rPr>
      </w:pPr>
    </w:p>
    <w:p w14:paraId="4F51FF9E" w14:textId="525AEF6E" w:rsidR="00752DD8" w:rsidRPr="00F475D5" w:rsidRDefault="00FA0769" w:rsidP="00F475D5">
      <w:pPr>
        <w:jc w:val="right"/>
        <w:rPr>
          <w:rFonts w:cs="Times New Roman"/>
          <w:color w:val="000000" w:themeColor="text1"/>
          <w:sz w:val="18"/>
          <w:szCs w:val="18"/>
        </w:rPr>
      </w:pPr>
      <w:r w:rsidRPr="00F231B4">
        <w:rPr>
          <w:rFonts w:cs="Times New Roman"/>
          <w:color w:val="000000" w:themeColor="text1"/>
          <w:sz w:val="18"/>
          <w:szCs w:val="18"/>
        </w:rPr>
        <w:t>*</w:t>
      </w:r>
      <w:r w:rsidR="00CE1123" w:rsidRPr="00F231B4">
        <w:rPr>
          <w:sz w:val="20"/>
          <w:szCs w:val="18"/>
        </w:rPr>
        <w:t xml:space="preserve"> </w:t>
      </w:r>
      <w:r w:rsidR="00CE1123" w:rsidRPr="00F231B4">
        <w:rPr>
          <w:rFonts w:cs="Times New Roman"/>
          <w:color w:val="000000" w:themeColor="text1"/>
          <w:sz w:val="18"/>
          <w:szCs w:val="18"/>
        </w:rPr>
        <w:t>Jeśli autorem projektu jest osoba poniżej 18. roku życia, prosimy o wpisanie danych kontaktowych (adresu e-mail oraz numeru telefonu) rodzica lub opiekuna prawnego.</w:t>
      </w:r>
    </w:p>
    <w:sectPr w:rsidR="00752DD8" w:rsidRPr="00F475D5" w:rsidSect="008C194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483D2" w14:textId="77777777" w:rsidR="00DE3D6A" w:rsidRDefault="00DE3D6A" w:rsidP="00295D36">
      <w:pPr>
        <w:spacing w:after="0" w:line="240" w:lineRule="auto"/>
      </w:pPr>
      <w:r>
        <w:separator/>
      </w:r>
    </w:p>
  </w:endnote>
  <w:endnote w:type="continuationSeparator" w:id="0">
    <w:p w14:paraId="07F4F28D" w14:textId="77777777" w:rsidR="00DE3D6A" w:rsidRDefault="00DE3D6A" w:rsidP="0029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E069E" w14:textId="77777777" w:rsidR="00DE3D6A" w:rsidRDefault="00DE3D6A" w:rsidP="00295D36">
      <w:pPr>
        <w:spacing w:after="0" w:line="240" w:lineRule="auto"/>
      </w:pPr>
      <w:r>
        <w:separator/>
      </w:r>
    </w:p>
  </w:footnote>
  <w:footnote w:type="continuationSeparator" w:id="0">
    <w:p w14:paraId="6AC91314" w14:textId="77777777" w:rsidR="00DE3D6A" w:rsidRDefault="00DE3D6A" w:rsidP="00295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B562E"/>
    <w:multiLevelType w:val="hybridMultilevel"/>
    <w:tmpl w:val="CB8E8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A77B4"/>
    <w:multiLevelType w:val="multilevel"/>
    <w:tmpl w:val="45E27642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72C56"/>
    <w:multiLevelType w:val="hybridMultilevel"/>
    <w:tmpl w:val="A5648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D7F26"/>
    <w:multiLevelType w:val="hybridMultilevel"/>
    <w:tmpl w:val="98D4988C"/>
    <w:lvl w:ilvl="0" w:tplc="AFBEAF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604B3"/>
    <w:multiLevelType w:val="hybridMultilevel"/>
    <w:tmpl w:val="9E464B1C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2ACE5649"/>
    <w:multiLevelType w:val="hybridMultilevel"/>
    <w:tmpl w:val="375AD8F8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F0AAF"/>
    <w:multiLevelType w:val="hybridMultilevel"/>
    <w:tmpl w:val="5BF068AA"/>
    <w:lvl w:ilvl="0" w:tplc="683885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8635C"/>
    <w:multiLevelType w:val="hybridMultilevel"/>
    <w:tmpl w:val="767A9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05338"/>
    <w:multiLevelType w:val="hybridMultilevel"/>
    <w:tmpl w:val="13ACF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C286D"/>
    <w:multiLevelType w:val="hybridMultilevel"/>
    <w:tmpl w:val="59DA9A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3941FA"/>
    <w:multiLevelType w:val="hybridMultilevel"/>
    <w:tmpl w:val="D49E61A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1878EF"/>
    <w:multiLevelType w:val="hybridMultilevel"/>
    <w:tmpl w:val="6BBA348E"/>
    <w:lvl w:ilvl="0" w:tplc="850A650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DB0B6F"/>
    <w:multiLevelType w:val="hybridMultilevel"/>
    <w:tmpl w:val="5D446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B704C"/>
    <w:multiLevelType w:val="hybridMultilevel"/>
    <w:tmpl w:val="E692EE70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75098"/>
    <w:multiLevelType w:val="hybridMultilevel"/>
    <w:tmpl w:val="2F96F3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CCB2630"/>
    <w:multiLevelType w:val="multilevel"/>
    <w:tmpl w:val="97BC6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u w:val="single"/>
      </w:rPr>
    </w:lvl>
  </w:abstractNum>
  <w:abstractNum w:abstractNumId="22" w15:restartNumberingAfterBreak="0">
    <w:nsid w:val="5CE162C0"/>
    <w:multiLevelType w:val="hybridMultilevel"/>
    <w:tmpl w:val="34C6D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344F5"/>
    <w:multiLevelType w:val="hybridMultilevel"/>
    <w:tmpl w:val="3EB6540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91651D"/>
    <w:multiLevelType w:val="hybridMultilevel"/>
    <w:tmpl w:val="AEF8C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4237A2"/>
    <w:multiLevelType w:val="hybridMultilevel"/>
    <w:tmpl w:val="63E4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307029"/>
    <w:multiLevelType w:val="hybridMultilevel"/>
    <w:tmpl w:val="6366B3D0"/>
    <w:lvl w:ilvl="0" w:tplc="70B2014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667501"/>
    <w:multiLevelType w:val="hybridMultilevel"/>
    <w:tmpl w:val="E8A6C0A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934967541">
    <w:abstractNumId w:val="5"/>
  </w:num>
  <w:num w:numId="2" w16cid:durableId="1348672706">
    <w:abstractNumId w:val="3"/>
  </w:num>
  <w:num w:numId="3" w16cid:durableId="340282092">
    <w:abstractNumId w:val="2"/>
  </w:num>
  <w:num w:numId="4" w16cid:durableId="1628272442">
    <w:abstractNumId w:val="4"/>
  </w:num>
  <w:num w:numId="5" w16cid:durableId="892813250">
    <w:abstractNumId w:val="1"/>
  </w:num>
  <w:num w:numId="6" w16cid:durableId="249654694">
    <w:abstractNumId w:val="0"/>
  </w:num>
  <w:num w:numId="7" w16cid:durableId="119887312">
    <w:abstractNumId w:val="6"/>
  </w:num>
  <w:num w:numId="8" w16cid:durableId="548301745">
    <w:abstractNumId w:val="13"/>
  </w:num>
  <w:num w:numId="9" w16cid:durableId="1392315741">
    <w:abstractNumId w:val="21"/>
  </w:num>
  <w:num w:numId="10" w16cid:durableId="51974413">
    <w:abstractNumId w:val="24"/>
  </w:num>
  <w:num w:numId="11" w16cid:durableId="83965245">
    <w:abstractNumId w:val="25"/>
  </w:num>
  <w:num w:numId="12" w16cid:durableId="1949461875">
    <w:abstractNumId w:val="18"/>
  </w:num>
  <w:num w:numId="13" w16cid:durableId="1056397701">
    <w:abstractNumId w:val="14"/>
  </w:num>
  <w:num w:numId="14" w16cid:durableId="1192647152">
    <w:abstractNumId w:val="22"/>
  </w:num>
  <w:num w:numId="15" w16cid:durableId="447815143">
    <w:abstractNumId w:val="8"/>
  </w:num>
  <w:num w:numId="16" w16cid:durableId="303201275">
    <w:abstractNumId w:val="9"/>
  </w:num>
  <w:num w:numId="17" w16cid:durableId="2093238918">
    <w:abstractNumId w:val="15"/>
  </w:num>
  <w:num w:numId="18" w16cid:durableId="173232530">
    <w:abstractNumId w:val="12"/>
  </w:num>
  <w:num w:numId="19" w16cid:durableId="1690176610">
    <w:abstractNumId w:val="26"/>
  </w:num>
  <w:num w:numId="20" w16cid:durableId="106897969">
    <w:abstractNumId w:val="11"/>
  </w:num>
  <w:num w:numId="21" w16cid:durableId="2554095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0852494">
    <w:abstractNumId w:val="7"/>
  </w:num>
  <w:num w:numId="23" w16cid:durableId="1108693289">
    <w:abstractNumId w:val="19"/>
  </w:num>
  <w:num w:numId="24" w16cid:durableId="1024945308">
    <w:abstractNumId w:val="20"/>
  </w:num>
  <w:num w:numId="25" w16cid:durableId="128590414">
    <w:abstractNumId w:val="10"/>
  </w:num>
  <w:num w:numId="26" w16cid:durableId="626279146">
    <w:abstractNumId w:val="23"/>
  </w:num>
  <w:num w:numId="27" w16cid:durableId="1595630254">
    <w:abstractNumId w:val="27"/>
  </w:num>
  <w:num w:numId="28" w16cid:durableId="1179193299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32C"/>
    <w:rsid w:val="00007DBA"/>
    <w:rsid w:val="00034616"/>
    <w:rsid w:val="00045B45"/>
    <w:rsid w:val="0006063C"/>
    <w:rsid w:val="00065AF0"/>
    <w:rsid w:val="00075B28"/>
    <w:rsid w:val="000C3E59"/>
    <w:rsid w:val="000D3967"/>
    <w:rsid w:val="000E5E71"/>
    <w:rsid w:val="000E78D3"/>
    <w:rsid w:val="000F20FB"/>
    <w:rsid w:val="001157B4"/>
    <w:rsid w:val="001506D5"/>
    <w:rsid w:val="0015074B"/>
    <w:rsid w:val="00154899"/>
    <w:rsid w:val="00155E4A"/>
    <w:rsid w:val="00176A53"/>
    <w:rsid w:val="001875C5"/>
    <w:rsid w:val="00197396"/>
    <w:rsid w:val="001F7999"/>
    <w:rsid w:val="002621D9"/>
    <w:rsid w:val="002722B4"/>
    <w:rsid w:val="00280BFF"/>
    <w:rsid w:val="00285D7B"/>
    <w:rsid w:val="00295D36"/>
    <w:rsid w:val="0029639D"/>
    <w:rsid w:val="002A6BE8"/>
    <w:rsid w:val="002B79A7"/>
    <w:rsid w:val="002D08E1"/>
    <w:rsid w:val="002D11B8"/>
    <w:rsid w:val="002E1F36"/>
    <w:rsid w:val="002E2B75"/>
    <w:rsid w:val="002F1301"/>
    <w:rsid w:val="003023EC"/>
    <w:rsid w:val="00305543"/>
    <w:rsid w:val="003226CD"/>
    <w:rsid w:val="00326F90"/>
    <w:rsid w:val="00335639"/>
    <w:rsid w:val="00337956"/>
    <w:rsid w:val="003422FD"/>
    <w:rsid w:val="003611E0"/>
    <w:rsid w:val="00375806"/>
    <w:rsid w:val="00376B35"/>
    <w:rsid w:val="003A18B1"/>
    <w:rsid w:val="003C4A21"/>
    <w:rsid w:val="003D057D"/>
    <w:rsid w:val="00402AA5"/>
    <w:rsid w:val="004119FA"/>
    <w:rsid w:val="004126B6"/>
    <w:rsid w:val="00432CED"/>
    <w:rsid w:val="004359F6"/>
    <w:rsid w:val="00454EB0"/>
    <w:rsid w:val="00454FC7"/>
    <w:rsid w:val="00461881"/>
    <w:rsid w:val="00471B64"/>
    <w:rsid w:val="004752BB"/>
    <w:rsid w:val="00475680"/>
    <w:rsid w:val="00496E32"/>
    <w:rsid w:val="0049744C"/>
    <w:rsid w:val="004A3789"/>
    <w:rsid w:val="004A452F"/>
    <w:rsid w:val="004B017A"/>
    <w:rsid w:val="004B1E69"/>
    <w:rsid w:val="004B2836"/>
    <w:rsid w:val="004B7583"/>
    <w:rsid w:val="004B7BE5"/>
    <w:rsid w:val="004C5ABF"/>
    <w:rsid w:val="004D2076"/>
    <w:rsid w:val="004D5ADA"/>
    <w:rsid w:val="004E08FD"/>
    <w:rsid w:val="004F06A0"/>
    <w:rsid w:val="004F178B"/>
    <w:rsid w:val="005052F8"/>
    <w:rsid w:val="0053066D"/>
    <w:rsid w:val="005379E4"/>
    <w:rsid w:val="00540FFC"/>
    <w:rsid w:val="0054428F"/>
    <w:rsid w:val="0054798E"/>
    <w:rsid w:val="00560FF7"/>
    <w:rsid w:val="0056520E"/>
    <w:rsid w:val="00571BD1"/>
    <w:rsid w:val="00577994"/>
    <w:rsid w:val="00582F74"/>
    <w:rsid w:val="00584318"/>
    <w:rsid w:val="00587E48"/>
    <w:rsid w:val="005B21EB"/>
    <w:rsid w:val="005C39B8"/>
    <w:rsid w:val="005F25BB"/>
    <w:rsid w:val="006019AF"/>
    <w:rsid w:val="00604949"/>
    <w:rsid w:val="0061565C"/>
    <w:rsid w:val="00623743"/>
    <w:rsid w:val="006407C8"/>
    <w:rsid w:val="00641553"/>
    <w:rsid w:val="00646237"/>
    <w:rsid w:val="00654419"/>
    <w:rsid w:val="00656B5A"/>
    <w:rsid w:val="0066187E"/>
    <w:rsid w:val="00663C2B"/>
    <w:rsid w:val="006837B0"/>
    <w:rsid w:val="006A15D0"/>
    <w:rsid w:val="006A2347"/>
    <w:rsid w:val="006C5A7C"/>
    <w:rsid w:val="006C7804"/>
    <w:rsid w:val="006D61BD"/>
    <w:rsid w:val="006E11F4"/>
    <w:rsid w:val="006E1E20"/>
    <w:rsid w:val="007270A6"/>
    <w:rsid w:val="00752DD8"/>
    <w:rsid w:val="007756AD"/>
    <w:rsid w:val="00793F2C"/>
    <w:rsid w:val="007A2E62"/>
    <w:rsid w:val="007B5D10"/>
    <w:rsid w:val="007C22D1"/>
    <w:rsid w:val="00815E08"/>
    <w:rsid w:val="0082498E"/>
    <w:rsid w:val="00826D08"/>
    <w:rsid w:val="00840AE8"/>
    <w:rsid w:val="00844537"/>
    <w:rsid w:val="00873A50"/>
    <w:rsid w:val="00883C0C"/>
    <w:rsid w:val="00884937"/>
    <w:rsid w:val="008A6988"/>
    <w:rsid w:val="008C194E"/>
    <w:rsid w:val="008C649E"/>
    <w:rsid w:val="008C705F"/>
    <w:rsid w:val="008D5559"/>
    <w:rsid w:val="008D7FC3"/>
    <w:rsid w:val="008E3A83"/>
    <w:rsid w:val="008F41F0"/>
    <w:rsid w:val="00916D1D"/>
    <w:rsid w:val="00934297"/>
    <w:rsid w:val="0094441C"/>
    <w:rsid w:val="00947DDE"/>
    <w:rsid w:val="0095413D"/>
    <w:rsid w:val="0096244C"/>
    <w:rsid w:val="0097505C"/>
    <w:rsid w:val="009807D1"/>
    <w:rsid w:val="009A5FA5"/>
    <w:rsid w:val="009B2DE4"/>
    <w:rsid w:val="009C083C"/>
    <w:rsid w:val="009D0274"/>
    <w:rsid w:val="009D4541"/>
    <w:rsid w:val="009E387E"/>
    <w:rsid w:val="009E481D"/>
    <w:rsid w:val="009F2818"/>
    <w:rsid w:val="009F7519"/>
    <w:rsid w:val="00A002BE"/>
    <w:rsid w:val="00A03EE7"/>
    <w:rsid w:val="00A219B5"/>
    <w:rsid w:val="00A21C80"/>
    <w:rsid w:val="00A33A2C"/>
    <w:rsid w:val="00A4056A"/>
    <w:rsid w:val="00A5200D"/>
    <w:rsid w:val="00A53703"/>
    <w:rsid w:val="00A65A0E"/>
    <w:rsid w:val="00A67AA3"/>
    <w:rsid w:val="00A93A6E"/>
    <w:rsid w:val="00AA1D8D"/>
    <w:rsid w:val="00AA43EB"/>
    <w:rsid w:val="00AA5F1E"/>
    <w:rsid w:val="00AB34B8"/>
    <w:rsid w:val="00AB68B3"/>
    <w:rsid w:val="00AB7030"/>
    <w:rsid w:val="00AC5A9B"/>
    <w:rsid w:val="00AD549F"/>
    <w:rsid w:val="00AD592E"/>
    <w:rsid w:val="00AD5BFC"/>
    <w:rsid w:val="00AE5F7B"/>
    <w:rsid w:val="00B11A26"/>
    <w:rsid w:val="00B12ED1"/>
    <w:rsid w:val="00B17FB6"/>
    <w:rsid w:val="00B23942"/>
    <w:rsid w:val="00B26C05"/>
    <w:rsid w:val="00B30B4F"/>
    <w:rsid w:val="00B43DB9"/>
    <w:rsid w:val="00B47730"/>
    <w:rsid w:val="00B60CC4"/>
    <w:rsid w:val="00B87251"/>
    <w:rsid w:val="00B87359"/>
    <w:rsid w:val="00BA1C59"/>
    <w:rsid w:val="00BA6990"/>
    <w:rsid w:val="00BB21D8"/>
    <w:rsid w:val="00BB2A1B"/>
    <w:rsid w:val="00BB431D"/>
    <w:rsid w:val="00BC0B44"/>
    <w:rsid w:val="00BE53EF"/>
    <w:rsid w:val="00BF0099"/>
    <w:rsid w:val="00BF68E5"/>
    <w:rsid w:val="00BF72D3"/>
    <w:rsid w:val="00C00453"/>
    <w:rsid w:val="00C033E2"/>
    <w:rsid w:val="00C03D49"/>
    <w:rsid w:val="00C04878"/>
    <w:rsid w:val="00C13C37"/>
    <w:rsid w:val="00C14DA6"/>
    <w:rsid w:val="00C4013E"/>
    <w:rsid w:val="00C67DD4"/>
    <w:rsid w:val="00C750D4"/>
    <w:rsid w:val="00C75696"/>
    <w:rsid w:val="00C760E8"/>
    <w:rsid w:val="00C77BDD"/>
    <w:rsid w:val="00C85F0D"/>
    <w:rsid w:val="00CA4275"/>
    <w:rsid w:val="00CA52C6"/>
    <w:rsid w:val="00CB0664"/>
    <w:rsid w:val="00CC7863"/>
    <w:rsid w:val="00CD28E9"/>
    <w:rsid w:val="00CD4F2D"/>
    <w:rsid w:val="00CE1123"/>
    <w:rsid w:val="00CE2CDC"/>
    <w:rsid w:val="00CF20BB"/>
    <w:rsid w:val="00D01B5C"/>
    <w:rsid w:val="00D04E39"/>
    <w:rsid w:val="00D50871"/>
    <w:rsid w:val="00D655BA"/>
    <w:rsid w:val="00D9731B"/>
    <w:rsid w:val="00DD16C4"/>
    <w:rsid w:val="00DD7D3B"/>
    <w:rsid w:val="00DE2114"/>
    <w:rsid w:val="00DE3D6A"/>
    <w:rsid w:val="00DF4D59"/>
    <w:rsid w:val="00E05477"/>
    <w:rsid w:val="00E13BF6"/>
    <w:rsid w:val="00E160EE"/>
    <w:rsid w:val="00E2231B"/>
    <w:rsid w:val="00E22C01"/>
    <w:rsid w:val="00E318B1"/>
    <w:rsid w:val="00E36ABC"/>
    <w:rsid w:val="00E37A0E"/>
    <w:rsid w:val="00E47C4F"/>
    <w:rsid w:val="00E571BC"/>
    <w:rsid w:val="00E57AC2"/>
    <w:rsid w:val="00E65F34"/>
    <w:rsid w:val="00E71A48"/>
    <w:rsid w:val="00E7507A"/>
    <w:rsid w:val="00E77140"/>
    <w:rsid w:val="00E7749C"/>
    <w:rsid w:val="00E80B73"/>
    <w:rsid w:val="00E92423"/>
    <w:rsid w:val="00ED1950"/>
    <w:rsid w:val="00ED1C79"/>
    <w:rsid w:val="00EF2CDC"/>
    <w:rsid w:val="00EF729F"/>
    <w:rsid w:val="00F01B9F"/>
    <w:rsid w:val="00F231B4"/>
    <w:rsid w:val="00F475D5"/>
    <w:rsid w:val="00F977AE"/>
    <w:rsid w:val="00FA0769"/>
    <w:rsid w:val="00FA087A"/>
    <w:rsid w:val="00FC5577"/>
    <w:rsid w:val="00FC693F"/>
    <w:rsid w:val="00FD4378"/>
    <w:rsid w:val="00FE776B"/>
    <w:rsid w:val="00FF12C1"/>
    <w:rsid w:val="00FF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64E8DE"/>
  <w14:defaultImageDpi w14:val="300"/>
  <w15:docId w15:val="{F46FAA96-D600-4B72-A113-CB107C5A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hAnsi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1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49744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744C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840AE8"/>
    <w:pPr>
      <w:numPr>
        <w:numId w:val="2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48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48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4878"/>
    <w:rPr>
      <w:rFonts w:ascii="Times New Roman" w:hAnsi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8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878"/>
    <w:rPr>
      <w:rFonts w:ascii="Times New Roman" w:hAnsi="Times New Roman"/>
      <w:b/>
      <w:bCs/>
      <w:sz w:val="20"/>
      <w:szCs w:val="20"/>
      <w:lang w:val="pl-PL"/>
    </w:rPr>
  </w:style>
  <w:style w:type="paragraph" w:styleId="NormalnyWeb">
    <w:name w:val="Normal (Web)"/>
    <w:basedOn w:val="Normalny"/>
    <w:uiPriority w:val="99"/>
    <w:unhideWhenUsed/>
    <w:rsid w:val="00CE2CD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5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75B28"/>
    <w:rPr>
      <w:rFonts w:ascii="Times New Roman" w:hAnsi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75B28"/>
    <w:rPr>
      <w:vertAlign w:val="superscript"/>
    </w:rPr>
  </w:style>
  <w:style w:type="paragraph" w:styleId="Poprawka">
    <w:name w:val="Revision"/>
    <w:hidden/>
    <w:uiPriority w:val="99"/>
    <w:semiHidden/>
    <w:rsid w:val="00D655BA"/>
    <w:pPr>
      <w:spacing w:after="0" w:line="240" w:lineRule="auto"/>
    </w:pPr>
    <w:rPr>
      <w:rFonts w:ascii="Times New Roman" w:hAnsi="Times New Roman"/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Weronika Nowak</cp:lastModifiedBy>
  <cp:revision>55</cp:revision>
  <cp:lastPrinted>2026-08-19T13:12:00Z</cp:lastPrinted>
  <dcterms:created xsi:type="dcterms:W3CDTF">2026-07-09T09:23:00Z</dcterms:created>
  <dcterms:modified xsi:type="dcterms:W3CDTF">2026-08-20T13:18:00Z</dcterms:modified>
  <cp:category/>
</cp:coreProperties>
</file>