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89C0A" w14:textId="77777777" w:rsidR="00E2231B" w:rsidRDefault="00E2231B">
      <w:pPr>
        <w:jc w:val="center"/>
        <w:rPr>
          <w:b/>
        </w:rPr>
      </w:pPr>
    </w:p>
    <w:p w14:paraId="758A5CFA" w14:textId="2B994442" w:rsidR="00641553" w:rsidRPr="008C194E" w:rsidRDefault="00641553" w:rsidP="00577994">
      <w:pPr>
        <w:jc w:val="right"/>
        <w:rPr>
          <w:rFonts w:cs="Times New Roman"/>
          <w:b/>
          <w:bCs/>
          <w:color w:val="000000" w:themeColor="text1"/>
          <w:sz w:val="22"/>
        </w:rPr>
      </w:pPr>
      <w:r w:rsidRPr="008C194E">
        <w:rPr>
          <w:rFonts w:cs="Times New Roman"/>
          <w:b/>
          <w:bCs/>
          <w:color w:val="000000" w:themeColor="text1"/>
          <w:sz w:val="22"/>
        </w:rPr>
        <w:t xml:space="preserve">Załącznik nr </w:t>
      </w:r>
      <w:r w:rsidR="00F231B4" w:rsidRPr="008C194E">
        <w:rPr>
          <w:rFonts w:cs="Times New Roman"/>
          <w:b/>
          <w:bCs/>
          <w:color w:val="000000" w:themeColor="text1"/>
          <w:sz w:val="22"/>
        </w:rPr>
        <w:t>2</w:t>
      </w:r>
    </w:p>
    <w:p w14:paraId="3F5931E6" w14:textId="5BB9721C" w:rsidR="00641553" w:rsidRPr="008C194E" w:rsidRDefault="00641553" w:rsidP="00641553">
      <w:pPr>
        <w:spacing w:line="240" w:lineRule="auto"/>
        <w:jc w:val="right"/>
        <w:rPr>
          <w:rFonts w:cs="Times New Roman"/>
          <w:b/>
          <w:bCs/>
          <w:color w:val="000000" w:themeColor="text1"/>
          <w:sz w:val="22"/>
        </w:rPr>
      </w:pPr>
      <w:r w:rsidRPr="008C194E">
        <w:rPr>
          <w:rFonts w:cs="Times New Roman"/>
          <w:b/>
          <w:bCs/>
          <w:color w:val="000000" w:themeColor="text1"/>
          <w:sz w:val="22"/>
        </w:rPr>
        <w:t>Zgoda na przetwarzanie danych osobowych</w:t>
      </w:r>
      <w:r w:rsidR="00F231B4" w:rsidRPr="008C194E">
        <w:rPr>
          <w:rFonts w:cs="Times New Roman"/>
          <w:b/>
          <w:bCs/>
          <w:color w:val="000000" w:themeColor="text1"/>
          <w:sz w:val="22"/>
        </w:rPr>
        <w:t xml:space="preserve"> i przeniesieniu praw</w:t>
      </w:r>
      <w:r w:rsidRPr="008C194E">
        <w:rPr>
          <w:rFonts w:cs="Times New Roman"/>
          <w:b/>
          <w:bCs/>
          <w:color w:val="000000" w:themeColor="text1"/>
          <w:sz w:val="22"/>
        </w:rPr>
        <w:t xml:space="preserve"> w konkursie</w:t>
      </w:r>
    </w:p>
    <w:p w14:paraId="5BDC0CB6" w14:textId="77777777" w:rsidR="00641553" w:rsidRPr="008D7FC3" w:rsidRDefault="00641553" w:rsidP="00641553">
      <w:pPr>
        <w:spacing w:line="240" w:lineRule="auto"/>
        <w:jc w:val="right"/>
        <w:rPr>
          <w:rFonts w:cs="Times New Roman"/>
          <w:b/>
          <w:color w:val="000000" w:themeColor="text1"/>
          <w:sz w:val="22"/>
        </w:rPr>
      </w:pPr>
      <w:r w:rsidRPr="008D7FC3">
        <w:rPr>
          <w:rFonts w:cs="Times New Roman"/>
          <w:b/>
          <w:color w:val="000000" w:themeColor="text1"/>
          <w:sz w:val="22"/>
        </w:rPr>
        <w:t>„Zaprojektuj Maskotkę WCR Jarocin”</w:t>
      </w:r>
    </w:p>
    <w:p w14:paraId="35512999" w14:textId="77777777" w:rsidR="00641553" w:rsidRPr="008D7FC3" w:rsidRDefault="00641553" w:rsidP="00641553">
      <w:pPr>
        <w:spacing w:after="0" w:line="240" w:lineRule="auto"/>
        <w:ind w:left="5245"/>
        <w:jc w:val="center"/>
        <w:rPr>
          <w:rFonts w:eastAsia="Times New Roman" w:cs="Times New Roman"/>
          <w:sz w:val="22"/>
          <w:lang w:eastAsia="pl-PL"/>
        </w:rPr>
      </w:pPr>
    </w:p>
    <w:p w14:paraId="779EBFCE" w14:textId="77777777" w:rsidR="00641553" w:rsidRPr="008D7FC3" w:rsidRDefault="00641553" w:rsidP="00641553">
      <w:pPr>
        <w:spacing w:after="0" w:line="240" w:lineRule="auto"/>
        <w:ind w:left="6372"/>
        <w:rPr>
          <w:rFonts w:eastAsia="Times New Roman" w:cs="Times New Roman"/>
          <w:sz w:val="22"/>
          <w:lang w:eastAsia="pl-PL"/>
        </w:rPr>
      </w:pPr>
      <w:r w:rsidRPr="008D7FC3">
        <w:rPr>
          <w:rFonts w:eastAsia="Times New Roman" w:cs="Times New Roman"/>
          <w:sz w:val="22"/>
          <w:lang w:eastAsia="pl-PL"/>
        </w:rPr>
        <w:t xml:space="preserve">        </w:t>
      </w:r>
    </w:p>
    <w:p w14:paraId="05B59ECA" w14:textId="4E44AAF5" w:rsidR="00641553" w:rsidRPr="008D7FC3" w:rsidRDefault="00641553" w:rsidP="00641553">
      <w:pPr>
        <w:spacing w:after="0" w:line="240" w:lineRule="auto"/>
        <w:ind w:left="6372"/>
        <w:rPr>
          <w:rFonts w:eastAsia="Times New Roman" w:cs="Times New Roman"/>
          <w:sz w:val="22"/>
          <w:lang w:eastAsia="pl-PL"/>
        </w:rPr>
      </w:pPr>
      <w:r w:rsidRPr="008D7FC3">
        <w:rPr>
          <w:rFonts w:eastAsia="Times New Roman" w:cs="Times New Roman"/>
          <w:sz w:val="22"/>
          <w:lang w:eastAsia="pl-PL"/>
        </w:rPr>
        <w:t>…………..…………</w:t>
      </w:r>
      <w:r w:rsidR="00E47C4F">
        <w:rPr>
          <w:rFonts w:eastAsia="Times New Roman" w:cs="Times New Roman"/>
          <w:sz w:val="22"/>
          <w:lang w:eastAsia="pl-PL"/>
        </w:rPr>
        <w:t>…...</w:t>
      </w:r>
    </w:p>
    <w:p w14:paraId="23995472" w14:textId="77777777" w:rsidR="00641553" w:rsidRPr="008D7FC3" w:rsidRDefault="00641553" w:rsidP="00641553">
      <w:pPr>
        <w:spacing w:after="0" w:line="240" w:lineRule="auto"/>
        <w:ind w:left="5245"/>
        <w:jc w:val="right"/>
        <w:rPr>
          <w:rFonts w:eastAsia="Times New Roman" w:cs="Times New Roman"/>
          <w:sz w:val="22"/>
          <w:lang w:eastAsia="pl-PL"/>
        </w:rPr>
      </w:pPr>
      <w:r w:rsidRPr="008D7FC3">
        <w:rPr>
          <w:rFonts w:eastAsia="Times New Roman" w:cs="Times New Roman"/>
          <w:sz w:val="22"/>
          <w:lang w:eastAsia="pl-PL"/>
        </w:rPr>
        <w:t>miejscowość, data</w:t>
      </w:r>
    </w:p>
    <w:p w14:paraId="4C496192" w14:textId="01639228" w:rsidR="00641553" w:rsidRPr="008D7FC3" w:rsidRDefault="00641553" w:rsidP="00641553">
      <w:pPr>
        <w:spacing w:after="0" w:line="240" w:lineRule="auto"/>
        <w:ind w:right="5077"/>
        <w:jc w:val="both"/>
        <w:rPr>
          <w:rFonts w:eastAsia="Times New Roman" w:cs="Times New Roman"/>
          <w:sz w:val="22"/>
          <w:lang w:eastAsia="pl-PL"/>
        </w:rPr>
      </w:pPr>
      <w:r w:rsidRPr="008D7FC3">
        <w:rPr>
          <w:rFonts w:eastAsia="Times New Roman" w:cs="Times New Roman"/>
          <w:sz w:val="22"/>
          <w:lang w:eastAsia="pl-PL"/>
        </w:rPr>
        <w:t>………………….……………………</w:t>
      </w:r>
      <w:r w:rsidR="00E47C4F">
        <w:rPr>
          <w:rFonts w:eastAsia="Times New Roman" w:cs="Times New Roman"/>
          <w:sz w:val="22"/>
          <w:lang w:eastAsia="pl-PL"/>
        </w:rPr>
        <w:t>.</w:t>
      </w:r>
    </w:p>
    <w:p w14:paraId="3630F4CF" w14:textId="1B317701" w:rsidR="00641553" w:rsidRPr="008D7FC3" w:rsidRDefault="00641553" w:rsidP="00641553">
      <w:pPr>
        <w:spacing w:after="0" w:line="240" w:lineRule="auto"/>
        <w:ind w:right="5077"/>
        <w:jc w:val="both"/>
        <w:rPr>
          <w:rFonts w:eastAsia="Times New Roman" w:cs="Times New Roman"/>
          <w:sz w:val="22"/>
          <w:lang w:eastAsia="pl-PL"/>
        </w:rPr>
      </w:pPr>
      <w:r w:rsidRPr="008D7FC3">
        <w:rPr>
          <w:rFonts w:eastAsia="Times New Roman" w:cs="Times New Roman"/>
          <w:sz w:val="22"/>
          <w:lang w:eastAsia="pl-PL"/>
        </w:rPr>
        <w:t>Imię i nazwisko</w:t>
      </w:r>
      <w:r w:rsidR="008D7FC3" w:rsidRPr="008D7FC3">
        <w:rPr>
          <w:rFonts w:eastAsia="Times New Roman" w:cs="Times New Roman"/>
          <w:sz w:val="22"/>
          <w:lang w:eastAsia="pl-PL"/>
        </w:rPr>
        <w:t xml:space="preserve"> </w:t>
      </w:r>
      <w:r w:rsidR="00DF4D59">
        <w:rPr>
          <w:rFonts w:eastAsia="Times New Roman" w:cs="Times New Roman"/>
          <w:sz w:val="22"/>
          <w:lang w:eastAsia="pl-PL"/>
        </w:rPr>
        <w:t>Autora</w:t>
      </w:r>
      <w:r w:rsidR="008D7FC3" w:rsidRPr="008D7FC3">
        <w:rPr>
          <w:rFonts w:eastAsia="Times New Roman" w:cs="Times New Roman"/>
          <w:sz w:val="22"/>
          <w:lang w:eastAsia="pl-PL"/>
        </w:rPr>
        <w:t xml:space="preserve"> </w:t>
      </w:r>
    </w:p>
    <w:p w14:paraId="3AB1D068" w14:textId="77777777" w:rsidR="008D7FC3" w:rsidRPr="008D7FC3" w:rsidRDefault="008D7FC3" w:rsidP="00641553">
      <w:pPr>
        <w:spacing w:after="0" w:line="240" w:lineRule="auto"/>
        <w:jc w:val="center"/>
        <w:rPr>
          <w:rFonts w:eastAsia="Times New Roman" w:cs="Times New Roman"/>
          <w:b/>
          <w:sz w:val="22"/>
          <w:lang w:eastAsia="pl-PL"/>
        </w:rPr>
      </w:pPr>
    </w:p>
    <w:p w14:paraId="0F2C69B7" w14:textId="7AFC4361" w:rsidR="00641553" w:rsidRPr="008D7FC3" w:rsidRDefault="00641553" w:rsidP="00641553">
      <w:pPr>
        <w:spacing w:after="0" w:line="240" w:lineRule="auto"/>
        <w:jc w:val="center"/>
        <w:rPr>
          <w:rFonts w:eastAsia="Times New Roman" w:cs="Times New Roman"/>
          <w:b/>
          <w:sz w:val="22"/>
          <w:lang w:eastAsia="pl-PL"/>
        </w:rPr>
      </w:pPr>
      <w:r w:rsidRPr="008D7FC3">
        <w:rPr>
          <w:rFonts w:eastAsia="Times New Roman" w:cs="Times New Roman"/>
          <w:b/>
          <w:sz w:val="22"/>
          <w:lang w:eastAsia="pl-PL"/>
        </w:rPr>
        <w:t>Zgoda na przetwarzanie danych osobowych</w:t>
      </w:r>
    </w:p>
    <w:p w14:paraId="35E05405" w14:textId="77777777" w:rsidR="00641553" w:rsidRPr="008D7FC3" w:rsidRDefault="00641553" w:rsidP="00641553">
      <w:pPr>
        <w:spacing w:after="0" w:line="240" w:lineRule="auto"/>
        <w:jc w:val="both"/>
        <w:rPr>
          <w:rFonts w:eastAsia="Times New Roman" w:cs="Times New Roman"/>
          <w:sz w:val="22"/>
          <w:lang w:eastAsia="pl-PL"/>
        </w:rPr>
      </w:pPr>
    </w:p>
    <w:p w14:paraId="5FED6AA0" w14:textId="6902FFB4" w:rsidR="00641553" w:rsidRPr="008D7FC3" w:rsidRDefault="00641553" w:rsidP="00C67DD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Times New Roman" w:cs="Times New Roman"/>
          <w:sz w:val="22"/>
          <w:lang w:eastAsia="pl-PL"/>
        </w:rPr>
      </w:pPr>
      <w:r w:rsidRPr="008D7FC3">
        <w:rPr>
          <w:rFonts w:eastAsia="Times New Roman" w:cs="Times New Roman"/>
          <w:sz w:val="22"/>
          <w:lang w:eastAsia="pl-PL"/>
        </w:rPr>
        <w:t>Wyrażam zgodę się na przetwarzanie danych osobowych tj. imienia, nazwiska oraz podanych danych kontaktowych w celu i w zakresie niezbędnym do realizacji konkursu „Zaprojektuj Maskotkę WCR Jarocin”. Wyrażenie zgody jest całkowicie dobrowolne, jednak niezbędne do przeprowadzania konkursu. Mają Państwo prawo do wycofania zgody w dowolnym momencie. Wycofanie zgody nie wpływa na legalność przetwarzania przez jej wycofanie.</w:t>
      </w:r>
    </w:p>
    <w:p w14:paraId="4E2BB3B5" w14:textId="77777777" w:rsidR="008D7FC3" w:rsidRPr="008D7FC3" w:rsidRDefault="008D7FC3" w:rsidP="00641553">
      <w:pPr>
        <w:spacing w:after="0" w:line="240" w:lineRule="auto"/>
        <w:ind w:left="426"/>
        <w:jc w:val="both"/>
        <w:rPr>
          <w:rFonts w:eastAsia="Times New Roman" w:cs="Times New Roman"/>
          <w:sz w:val="22"/>
          <w:lang w:eastAsia="pl-PL"/>
        </w:rPr>
      </w:pPr>
    </w:p>
    <w:p w14:paraId="175DA12C" w14:textId="77777777" w:rsidR="008D7FC3" w:rsidRPr="008D7FC3" w:rsidRDefault="008D7FC3" w:rsidP="00641553">
      <w:pPr>
        <w:spacing w:after="0" w:line="240" w:lineRule="auto"/>
        <w:ind w:left="426"/>
        <w:jc w:val="both"/>
        <w:rPr>
          <w:rFonts w:eastAsia="Times New Roman" w:cs="Times New Roman"/>
          <w:sz w:val="22"/>
          <w:lang w:eastAsia="pl-PL"/>
        </w:rPr>
      </w:pPr>
    </w:p>
    <w:p w14:paraId="32205D15" w14:textId="7D99FBCB" w:rsidR="00641553" w:rsidRPr="008D7FC3" w:rsidRDefault="00641553" w:rsidP="00641553">
      <w:pPr>
        <w:spacing w:after="0" w:line="240" w:lineRule="auto"/>
        <w:ind w:left="426"/>
        <w:jc w:val="both"/>
        <w:rPr>
          <w:rFonts w:eastAsia="Times New Roman" w:cs="Times New Roman"/>
          <w:sz w:val="22"/>
          <w:lang w:eastAsia="pl-PL"/>
        </w:rPr>
      </w:pPr>
      <w:r w:rsidRPr="008D7FC3">
        <w:rPr>
          <w:rFonts w:eastAsia="Times New Roman" w:cs="Times New Roman"/>
          <w:sz w:val="22"/>
          <w:lang w:eastAsia="pl-PL"/>
        </w:rPr>
        <w:t>……………………………………………………………………</w:t>
      </w:r>
    </w:p>
    <w:p w14:paraId="1E9FCA1E" w14:textId="5AEDAAF3" w:rsidR="00641553" w:rsidRPr="008D7FC3" w:rsidRDefault="00641553" w:rsidP="00641553">
      <w:pPr>
        <w:spacing w:after="0" w:line="240" w:lineRule="auto"/>
        <w:ind w:left="426"/>
        <w:jc w:val="both"/>
        <w:rPr>
          <w:rFonts w:eastAsia="Times New Roman" w:cs="Times New Roman"/>
          <w:i/>
          <w:sz w:val="22"/>
          <w:lang w:eastAsia="pl-PL"/>
        </w:rPr>
      </w:pPr>
      <w:r w:rsidRPr="008D7FC3">
        <w:rPr>
          <w:rFonts w:eastAsia="Times New Roman" w:cs="Times New Roman"/>
          <w:i/>
          <w:sz w:val="22"/>
          <w:lang w:eastAsia="pl-PL"/>
        </w:rPr>
        <w:t xml:space="preserve">(podpis </w:t>
      </w:r>
      <w:r w:rsidRPr="008D7FC3">
        <w:rPr>
          <w:rFonts w:eastAsia="Times New Roman" w:cs="Times New Roman"/>
          <w:i/>
          <w:iCs/>
          <w:sz w:val="22"/>
          <w:lang w:eastAsia="pl-PL"/>
        </w:rPr>
        <w:t>uczestnika</w:t>
      </w:r>
      <w:r w:rsidRPr="008D7FC3">
        <w:rPr>
          <w:rFonts w:eastAsia="Times New Roman" w:cs="Times New Roman"/>
          <w:i/>
          <w:sz w:val="22"/>
          <w:lang w:eastAsia="pl-PL"/>
        </w:rPr>
        <w:t>/rodzica/rodziców/prawnych opiekunów)</w:t>
      </w:r>
    </w:p>
    <w:p w14:paraId="7319B26B" w14:textId="77777777" w:rsidR="00641553" w:rsidRPr="008D7FC3" w:rsidRDefault="00641553" w:rsidP="00641553">
      <w:pPr>
        <w:spacing w:after="0" w:line="240" w:lineRule="auto"/>
        <w:jc w:val="both"/>
        <w:rPr>
          <w:rFonts w:eastAsia="Times New Roman" w:cs="Times New Roman"/>
          <w:sz w:val="22"/>
          <w:lang w:eastAsia="pl-PL"/>
        </w:rPr>
      </w:pPr>
    </w:p>
    <w:p w14:paraId="59BBEF90" w14:textId="32AED164" w:rsidR="00641553" w:rsidRPr="008D7FC3" w:rsidRDefault="00641553" w:rsidP="00C67DD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Times New Roman" w:cs="Times New Roman"/>
          <w:sz w:val="22"/>
          <w:lang w:eastAsia="pl-PL"/>
        </w:rPr>
      </w:pPr>
      <w:r w:rsidRPr="008D7FC3">
        <w:rPr>
          <w:rFonts w:eastAsia="Times New Roman" w:cs="Times New Roman"/>
          <w:sz w:val="22"/>
          <w:lang w:eastAsia="pl-PL"/>
        </w:rPr>
        <w:t>Wyrażam zgodę na publikację danych osobowych na stronie internetowej Spółki, portalu społecznościowym Facebook, Instagramie, w folderach i materiałach reklamujących Spółkę oraz udostępnienie moich danych w prasie i telewizji lokalnej.</w:t>
      </w:r>
    </w:p>
    <w:p w14:paraId="19E25AEE" w14:textId="77777777" w:rsidR="00641553" w:rsidRPr="008D7FC3" w:rsidRDefault="00641553" w:rsidP="00641553">
      <w:pPr>
        <w:spacing w:after="0" w:line="240" w:lineRule="auto"/>
        <w:ind w:left="348"/>
        <w:jc w:val="both"/>
        <w:rPr>
          <w:rFonts w:eastAsia="Times New Roman" w:cs="Times New Roman"/>
          <w:sz w:val="22"/>
          <w:lang w:eastAsia="pl-PL"/>
        </w:rPr>
      </w:pPr>
      <w:r w:rsidRPr="008D7FC3">
        <w:rPr>
          <w:rFonts w:eastAsia="Times New Roman" w:cs="Times New Roman"/>
          <w:sz w:val="22"/>
          <w:lang w:eastAsia="pl-PL"/>
        </w:rPr>
        <w:t xml:space="preserve">Wyrażenie zgody jest całkowicie dobrowolne. Mają Państwo prawo do wycofania zgody </w:t>
      </w:r>
      <w:r w:rsidRPr="008D7FC3">
        <w:rPr>
          <w:rFonts w:eastAsia="Times New Roman" w:cs="Times New Roman"/>
          <w:sz w:val="22"/>
          <w:lang w:eastAsia="pl-PL"/>
        </w:rPr>
        <w:br/>
        <w:t>w dowolnym momencie.</w:t>
      </w:r>
    </w:p>
    <w:p w14:paraId="1BC71A5B" w14:textId="77777777" w:rsidR="00641553" w:rsidRPr="008D7FC3" w:rsidRDefault="00641553" w:rsidP="00641553">
      <w:pPr>
        <w:spacing w:after="0" w:line="240" w:lineRule="auto"/>
        <w:ind w:left="348"/>
        <w:jc w:val="both"/>
        <w:rPr>
          <w:rFonts w:eastAsia="Times New Roman" w:cs="Times New Roman"/>
          <w:sz w:val="22"/>
          <w:lang w:eastAsia="pl-PL"/>
        </w:rPr>
      </w:pPr>
    </w:p>
    <w:p w14:paraId="0E93A507" w14:textId="77777777" w:rsidR="008D7FC3" w:rsidRPr="008D7FC3" w:rsidRDefault="008D7FC3" w:rsidP="00E47C4F">
      <w:pPr>
        <w:spacing w:after="0" w:line="240" w:lineRule="auto"/>
        <w:jc w:val="both"/>
        <w:rPr>
          <w:rFonts w:eastAsia="Times New Roman" w:cs="Times New Roman"/>
          <w:sz w:val="22"/>
          <w:lang w:eastAsia="pl-PL"/>
        </w:rPr>
      </w:pPr>
    </w:p>
    <w:p w14:paraId="404AC9E2" w14:textId="03527D0A" w:rsidR="00641553" w:rsidRPr="008D7FC3" w:rsidRDefault="00641553" w:rsidP="00641553">
      <w:pPr>
        <w:spacing w:after="0" w:line="240" w:lineRule="auto"/>
        <w:ind w:left="348"/>
        <w:jc w:val="both"/>
        <w:rPr>
          <w:rFonts w:eastAsia="Times New Roman" w:cs="Times New Roman"/>
          <w:sz w:val="22"/>
          <w:lang w:eastAsia="pl-PL"/>
        </w:rPr>
      </w:pPr>
      <w:r w:rsidRPr="008D7FC3">
        <w:rPr>
          <w:rFonts w:eastAsia="Times New Roman" w:cs="Times New Roman"/>
          <w:sz w:val="22"/>
          <w:lang w:eastAsia="pl-PL"/>
        </w:rPr>
        <w:t>…………………………………………………………………</w:t>
      </w:r>
    </w:p>
    <w:p w14:paraId="102FBF1E" w14:textId="09AD8214" w:rsidR="00641553" w:rsidRPr="008D7FC3" w:rsidRDefault="00641553" w:rsidP="00641553">
      <w:pPr>
        <w:spacing w:after="0" w:line="240" w:lineRule="auto"/>
        <w:ind w:left="348"/>
        <w:jc w:val="both"/>
        <w:rPr>
          <w:rFonts w:eastAsia="Times New Roman" w:cs="Times New Roman"/>
          <w:i/>
          <w:sz w:val="22"/>
          <w:lang w:eastAsia="pl-PL"/>
        </w:rPr>
      </w:pPr>
      <w:r w:rsidRPr="008D7FC3">
        <w:rPr>
          <w:rFonts w:eastAsia="Times New Roman" w:cs="Times New Roman"/>
          <w:i/>
          <w:sz w:val="22"/>
          <w:lang w:eastAsia="pl-PL"/>
        </w:rPr>
        <w:t>(podpis uczestnika/rodzica/rodziców/prawnych opiekunów)</w:t>
      </w:r>
    </w:p>
    <w:p w14:paraId="12C3977A" w14:textId="77777777" w:rsidR="00641553" w:rsidRPr="008D7FC3" w:rsidRDefault="00641553" w:rsidP="00641553">
      <w:pPr>
        <w:spacing w:after="0" w:line="240" w:lineRule="auto"/>
        <w:jc w:val="both"/>
        <w:rPr>
          <w:rFonts w:eastAsia="Times New Roman" w:cs="Times New Roman"/>
          <w:sz w:val="22"/>
          <w:lang w:eastAsia="pl-PL"/>
        </w:rPr>
      </w:pPr>
    </w:p>
    <w:p w14:paraId="7496D1EC" w14:textId="77777777" w:rsidR="00641553" w:rsidRPr="008D7FC3" w:rsidRDefault="00641553" w:rsidP="00C67DD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Times New Roman" w:cs="Times New Roman"/>
          <w:sz w:val="22"/>
          <w:lang w:eastAsia="pl-PL"/>
        </w:rPr>
      </w:pPr>
      <w:r w:rsidRPr="008D7FC3">
        <w:rPr>
          <w:rFonts w:eastAsia="Times New Roman" w:cs="Times New Roman"/>
          <w:sz w:val="22"/>
          <w:lang w:eastAsia="pl-PL"/>
        </w:rPr>
        <w:t xml:space="preserve">Wyrażam zgodę się na przetwarzanie mojego wizerunku (zdjęć, filmów) oraz ich publikację na stronie internetowej Spółki, portalu społecznościowym Facebook, Instagramie, w folderach </w:t>
      </w:r>
      <w:r w:rsidRPr="008D7FC3">
        <w:rPr>
          <w:rFonts w:eastAsia="Times New Roman" w:cs="Times New Roman"/>
          <w:sz w:val="22"/>
          <w:lang w:eastAsia="pl-PL"/>
        </w:rPr>
        <w:br/>
        <w:t>i materiałach reklamujących gminę oraz udostępnienie tych informacji w prasie i telewizji lokalnej.</w:t>
      </w:r>
    </w:p>
    <w:p w14:paraId="66342F02" w14:textId="77777777" w:rsidR="008D7FC3" w:rsidRPr="008D7FC3" w:rsidRDefault="008D7FC3" w:rsidP="008D7FC3">
      <w:pPr>
        <w:spacing w:after="0" w:line="240" w:lineRule="auto"/>
        <w:jc w:val="both"/>
        <w:rPr>
          <w:rFonts w:eastAsia="Times New Roman" w:cs="Times New Roman"/>
          <w:sz w:val="22"/>
          <w:lang w:eastAsia="pl-PL"/>
        </w:rPr>
      </w:pPr>
    </w:p>
    <w:p w14:paraId="702032DF" w14:textId="77777777" w:rsidR="008D7FC3" w:rsidRPr="008D7FC3" w:rsidRDefault="008D7FC3" w:rsidP="008D7FC3">
      <w:pPr>
        <w:spacing w:after="0" w:line="240" w:lineRule="auto"/>
        <w:ind w:left="348"/>
        <w:jc w:val="both"/>
        <w:rPr>
          <w:rFonts w:eastAsia="Times New Roman" w:cs="Times New Roman"/>
          <w:i/>
          <w:sz w:val="22"/>
          <w:lang w:eastAsia="pl-PL"/>
        </w:rPr>
      </w:pPr>
      <w:r w:rsidRPr="008D7FC3">
        <w:rPr>
          <w:rFonts w:eastAsia="Times New Roman" w:cs="Times New Roman"/>
          <w:i/>
          <w:sz w:val="22"/>
          <w:lang w:eastAsia="pl-PL"/>
        </w:rPr>
        <w:t>…………………………………………………………………</w:t>
      </w:r>
    </w:p>
    <w:p w14:paraId="469EC115" w14:textId="536226F5" w:rsidR="00E47C4F" w:rsidRDefault="008D7FC3" w:rsidP="00E47C4F">
      <w:pPr>
        <w:spacing w:after="0" w:line="240" w:lineRule="auto"/>
        <w:ind w:left="348"/>
        <w:jc w:val="both"/>
        <w:rPr>
          <w:rFonts w:eastAsia="Times New Roman" w:cs="Times New Roman"/>
          <w:i/>
          <w:sz w:val="22"/>
          <w:lang w:eastAsia="pl-PL"/>
        </w:rPr>
      </w:pPr>
      <w:r w:rsidRPr="008D7FC3">
        <w:rPr>
          <w:rFonts w:eastAsia="Times New Roman" w:cs="Times New Roman"/>
          <w:i/>
          <w:sz w:val="22"/>
          <w:lang w:eastAsia="pl-PL"/>
        </w:rPr>
        <w:t>(podpis uczestnika/rodzica/rodziców/prawnych opiekunów)</w:t>
      </w:r>
    </w:p>
    <w:p w14:paraId="493384AA" w14:textId="77777777" w:rsidR="00E47C4F" w:rsidRDefault="00E47C4F" w:rsidP="00E47C4F">
      <w:pPr>
        <w:spacing w:after="0" w:line="240" w:lineRule="auto"/>
        <w:jc w:val="both"/>
        <w:rPr>
          <w:rFonts w:eastAsia="Times New Roman" w:cs="Times New Roman"/>
          <w:iCs/>
          <w:sz w:val="22"/>
          <w:lang w:eastAsia="pl-PL"/>
        </w:rPr>
      </w:pPr>
    </w:p>
    <w:p w14:paraId="6C7D2738" w14:textId="21AC09A5" w:rsidR="00E47C4F" w:rsidRPr="00E47C4F" w:rsidRDefault="00E47C4F" w:rsidP="00C67DD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Times New Roman" w:cs="Times New Roman"/>
          <w:iCs/>
          <w:sz w:val="22"/>
          <w:lang w:eastAsia="pl-PL"/>
        </w:rPr>
      </w:pPr>
      <w:r w:rsidRPr="00E47C4F">
        <w:rPr>
          <w:rFonts w:eastAsia="Times New Roman" w:cs="Times New Roman"/>
          <w:sz w:val="22"/>
          <w:lang w:eastAsia="pl-PL"/>
        </w:rPr>
        <w:t xml:space="preserve">Wyrażam zgodę się na bezpłatne przeniesienie praw autorskich wykonanej pracy konkursowej </w:t>
      </w:r>
      <w:r w:rsidR="00577994">
        <w:rPr>
          <w:rFonts w:eastAsia="Times New Roman" w:cs="Times New Roman"/>
          <w:sz w:val="22"/>
          <w:lang w:eastAsia="pl-PL"/>
        </w:rPr>
        <w:br/>
      </w:r>
      <w:r w:rsidRPr="00E47C4F">
        <w:rPr>
          <w:rFonts w:eastAsia="Times New Roman" w:cs="Times New Roman"/>
          <w:sz w:val="22"/>
          <w:lang w:eastAsia="pl-PL"/>
        </w:rPr>
        <w:t xml:space="preserve">na zasadach określonych w Regulaminie </w:t>
      </w:r>
      <w:r w:rsidR="00623743">
        <w:rPr>
          <w:rFonts w:eastAsia="Times New Roman" w:cs="Times New Roman"/>
          <w:sz w:val="22"/>
          <w:lang w:eastAsia="pl-PL"/>
        </w:rPr>
        <w:t>Konkursu „</w:t>
      </w:r>
      <w:r w:rsidR="00623743" w:rsidRPr="00623743">
        <w:rPr>
          <w:rFonts w:eastAsia="Times New Roman" w:cs="Times New Roman"/>
          <w:sz w:val="22"/>
          <w:lang w:eastAsia="pl-PL"/>
        </w:rPr>
        <w:t>Zaprojektuj Maskotkę WCR Jarocin”</w:t>
      </w:r>
      <w:r w:rsidR="00F231B4">
        <w:rPr>
          <w:rFonts w:eastAsia="Times New Roman" w:cs="Times New Roman"/>
          <w:sz w:val="22"/>
          <w:lang w:eastAsia="pl-PL"/>
        </w:rPr>
        <w:t>.</w:t>
      </w:r>
      <w:r w:rsidR="00623743">
        <w:rPr>
          <w:rFonts w:eastAsia="Times New Roman" w:cs="Times New Roman"/>
          <w:sz w:val="22"/>
          <w:lang w:eastAsia="pl-PL"/>
        </w:rPr>
        <w:br/>
      </w:r>
    </w:p>
    <w:p w14:paraId="479D8FEB" w14:textId="77777777" w:rsidR="00E47C4F" w:rsidRDefault="00E47C4F" w:rsidP="00E47C4F">
      <w:pPr>
        <w:spacing w:after="0" w:line="240" w:lineRule="auto"/>
        <w:jc w:val="both"/>
        <w:rPr>
          <w:rFonts w:eastAsia="Times New Roman" w:cs="Times New Roman"/>
          <w:iCs/>
          <w:sz w:val="22"/>
          <w:lang w:eastAsia="pl-PL"/>
        </w:rPr>
      </w:pPr>
    </w:p>
    <w:p w14:paraId="76433F0D" w14:textId="77777777" w:rsidR="00E47C4F" w:rsidRPr="008D7FC3" w:rsidRDefault="00E47C4F" w:rsidP="00E47C4F">
      <w:pPr>
        <w:spacing w:after="0" w:line="240" w:lineRule="auto"/>
        <w:ind w:left="348"/>
        <w:jc w:val="both"/>
        <w:rPr>
          <w:rFonts w:eastAsia="Times New Roman" w:cs="Times New Roman"/>
          <w:i/>
          <w:sz w:val="22"/>
          <w:lang w:eastAsia="pl-PL"/>
        </w:rPr>
      </w:pPr>
      <w:r w:rsidRPr="008D7FC3">
        <w:rPr>
          <w:rFonts w:eastAsia="Times New Roman" w:cs="Times New Roman"/>
          <w:i/>
          <w:sz w:val="22"/>
          <w:lang w:eastAsia="pl-PL"/>
        </w:rPr>
        <w:t>…………………………………………………………………</w:t>
      </w:r>
    </w:p>
    <w:p w14:paraId="4AC0DCCA" w14:textId="2780C65E" w:rsidR="00E47C4F" w:rsidRDefault="00E47C4F" w:rsidP="00E47C4F">
      <w:pPr>
        <w:spacing w:after="0" w:line="240" w:lineRule="auto"/>
        <w:ind w:left="348"/>
        <w:jc w:val="both"/>
        <w:rPr>
          <w:rFonts w:eastAsia="Times New Roman" w:cs="Times New Roman"/>
          <w:i/>
          <w:sz w:val="22"/>
          <w:lang w:eastAsia="pl-PL"/>
        </w:rPr>
      </w:pPr>
      <w:r w:rsidRPr="008D7FC3">
        <w:rPr>
          <w:rFonts w:eastAsia="Times New Roman" w:cs="Times New Roman"/>
          <w:i/>
          <w:sz w:val="22"/>
          <w:lang w:eastAsia="pl-PL"/>
        </w:rPr>
        <w:t>(podpis uczestnika/rodzica/rodziców/prawnych opiekunów)</w:t>
      </w:r>
    </w:p>
    <w:p w14:paraId="4F51FF9E" w14:textId="55BCA3BE" w:rsidR="00752DD8" w:rsidRPr="00752DD8" w:rsidRDefault="00752DD8" w:rsidP="00752DD8">
      <w:pPr>
        <w:spacing w:after="0" w:line="240" w:lineRule="auto"/>
        <w:rPr>
          <w:rFonts w:eastAsia="Times New Roman" w:cs="Times New Roman"/>
          <w:iCs/>
          <w:color w:val="EE0000"/>
          <w:sz w:val="20"/>
          <w:szCs w:val="20"/>
          <w:lang w:eastAsia="pl-PL"/>
        </w:rPr>
      </w:pPr>
    </w:p>
    <w:sectPr w:rsidR="00752DD8" w:rsidRPr="00752DD8" w:rsidSect="008C194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8737D" w14:textId="77777777" w:rsidR="00B25F0B" w:rsidRDefault="00B25F0B" w:rsidP="00295D36">
      <w:pPr>
        <w:spacing w:after="0" w:line="240" w:lineRule="auto"/>
      </w:pPr>
      <w:r>
        <w:separator/>
      </w:r>
    </w:p>
  </w:endnote>
  <w:endnote w:type="continuationSeparator" w:id="0">
    <w:p w14:paraId="17E7ECE4" w14:textId="77777777" w:rsidR="00B25F0B" w:rsidRDefault="00B25F0B" w:rsidP="00295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4C353" w14:textId="77777777" w:rsidR="00B25F0B" w:rsidRDefault="00B25F0B" w:rsidP="00295D36">
      <w:pPr>
        <w:spacing w:after="0" w:line="240" w:lineRule="auto"/>
      </w:pPr>
      <w:r>
        <w:separator/>
      </w:r>
    </w:p>
  </w:footnote>
  <w:footnote w:type="continuationSeparator" w:id="0">
    <w:p w14:paraId="07642D0E" w14:textId="77777777" w:rsidR="00B25F0B" w:rsidRDefault="00B25F0B" w:rsidP="00295D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B562E"/>
    <w:multiLevelType w:val="hybridMultilevel"/>
    <w:tmpl w:val="CB8E8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A77B4"/>
    <w:multiLevelType w:val="multilevel"/>
    <w:tmpl w:val="45E27642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72C56"/>
    <w:multiLevelType w:val="hybridMultilevel"/>
    <w:tmpl w:val="A5648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DD7F26"/>
    <w:multiLevelType w:val="hybridMultilevel"/>
    <w:tmpl w:val="98D4988C"/>
    <w:lvl w:ilvl="0" w:tplc="AFBEAF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604B3"/>
    <w:multiLevelType w:val="hybridMultilevel"/>
    <w:tmpl w:val="9E464B1C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2ACE5649"/>
    <w:multiLevelType w:val="hybridMultilevel"/>
    <w:tmpl w:val="375AD8F8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F0AAF"/>
    <w:multiLevelType w:val="hybridMultilevel"/>
    <w:tmpl w:val="5BF068AA"/>
    <w:lvl w:ilvl="0" w:tplc="683885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8635C"/>
    <w:multiLevelType w:val="hybridMultilevel"/>
    <w:tmpl w:val="767A9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05338"/>
    <w:multiLevelType w:val="hybridMultilevel"/>
    <w:tmpl w:val="13ACF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C286D"/>
    <w:multiLevelType w:val="hybridMultilevel"/>
    <w:tmpl w:val="59DA9A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3941FA"/>
    <w:multiLevelType w:val="hybridMultilevel"/>
    <w:tmpl w:val="D49E61A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1878EF"/>
    <w:multiLevelType w:val="hybridMultilevel"/>
    <w:tmpl w:val="6BBA348E"/>
    <w:lvl w:ilvl="0" w:tplc="850A650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DB0B6F"/>
    <w:multiLevelType w:val="hybridMultilevel"/>
    <w:tmpl w:val="5D446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B704C"/>
    <w:multiLevelType w:val="hybridMultilevel"/>
    <w:tmpl w:val="E692EE70"/>
    <w:lvl w:ilvl="0" w:tplc="041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75098"/>
    <w:multiLevelType w:val="hybridMultilevel"/>
    <w:tmpl w:val="2F96F3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CCB2630"/>
    <w:multiLevelType w:val="multilevel"/>
    <w:tmpl w:val="97BC6D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u w:val="single"/>
      </w:rPr>
    </w:lvl>
  </w:abstractNum>
  <w:abstractNum w:abstractNumId="22" w15:restartNumberingAfterBreak="0">
    <w:nsid w:val="5CE162C0"/>
    <w:multiLevelType w:val="hybridMultilevel"/>
    <w:tmpl w:val="34C6D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344F5"/>
    <w:multiLevelType w:val="hybridMultilevel"/>
    <w:tmpl w:val="3EB6540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91651D"/>
    <w:multiLevelType w:val="hybridMultilevel"/>
    <w:tmpl w:val="AEF8C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4237A2"/>
    <w:multiLevelType w:val="hybridMultilevel"/>
    <w:tmpl w:val="63E49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307029"/>
    <w:multiLevelType w:val="hybridMultilevel"/>
    <w:tmpl w:val="6366B3D0"/>
    <w:lvl w:ilvl="0" w:tplc="70B2014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667501"/>
    <w:multiLevelType w:val="hybridMultilevel"/>
    <w:tmpl w:val="E8A6C0A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934967541">
    <w:abstractNumId w:val="5"/>
  </w:num>
  <w:num w:numId="2" w16cid:durableId="1348672706">
    <w:abstractNumId w:val="3"/>
  </w:num>
  <w:num w:numId="3" w16cid:durableId="340282092">
    <w:abstractNumId w:val="2"/>
  </w:num>
  <w:num w:numId="4" w16cid:durableId="1628272442">
    <w:abstractNumId w:val="4"/>
  </w:num>
  <w:num w:numId="5" w16cid:durableId="892813250">
    <w:abstractNumId w:val="1"/>
  </w:num>
  <w:num w:numId="6" w16cid:durableId="249654694">
    <w:abstractNumId w:val="0"/>
  </w:num>
  <w:num w:numId="7" w16cid:durableId="119887312">
    <w:abstractNumId w:val="6"/>
  </w:num>
  <w:num w:numId="8" w16cid:durableId="548301745">
    <w:abstractNumId w:val="13"/>
  </w:num>
  <w:num w:numId="9" w16cid:durableId="1392315741">
    <w:abstractNumId w:val="21"/>
  </w:num>
  <w:num w:numId="10" w16cid:durableId="51974413">
    <w:abstractNumId w:val="24"/>
  </w:num>
  <w:num w:numId="11" w16cid:durableId="83965245">
    <w:abstractNumId w:val="25"/>
  </w:num>
  <w:num w:numId="12" w16cid:durableId="1949461875">
    <w:abstractNumId w:val="18"/>
  </w:num>
  <w:num w:numId="13" w16cid:durableId="1056397701">
    <w:abstractNumId w:val="14"/>
  </w:num>
  <w:num w:numId="14" w16cid:durableId="1192647152">
    <w:abstractNumId w:val="22"/>
  </w:num>
  <w:num w:numId="15" w16cid:durableId="447815143">
    <w:abstractNumId w:val="8"/>
  </w:num>
  <w:num w:numId="16" w16cid:durableId="303201275">
    <w:abstractNumId w:val="9"/>
  </w:num>
  <w:num w:numId="17" w16cid:durableId="2093238918">
    <w:abstractNumId w:val="15"/>
  </w:num>
  <w:num w:numId="18" w16cid:durableId="173232530">
    <w:abstractNumId w:val="12"/>
  </w:num>
  <w:num w:numId="19" w16cid:durableId="1690176610">
    <w:abstractNumId w:val="26"/>
  </w:num>
  <w:num w:numId="20" w16cid:durableId="106897969">
    <w:abstractNumId w:val="11"/>
  </w:num>
  <w:num w:numId="21" w16cid:durableId="2554095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30852494">
    <w:abstractNumId w:val="7"/>
  </w:num>
  <w:num w:numId="23" w16cid:durableId="1108693289">
    <w:abstractNumId w:val="19"/>
  </w:num>
  <w:num w:numId="24" w16cid:durableId="1024945308">
    <w:abstractNumId w:val="20"/>
  </w:num>
  <w:num w:numId="25" w16cid:durableId="128590414">
    <w:abstractNumId w:val="10"/>
  </w:num>
  <w:num w:numId="26" w16cid:durableId="626279146">
    <w:abstractNumId w:val="23"/>
  </w:num>
  <w:num w:numId="27" w16cid:durableId="1595630254">
    <w:abstractNumId w:val="27"/>
  </w:num>
  <w:num w:numId="28" w16cid:durableId="1179193299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32C"/>
    <w:rsid w:val="00007DBA"/>
    <w:rsid w:val="00034616"/>
    <w:rsid w:val="00045B45"/>
    <w:rsid w:val="0006063C"/>
    <w:rsid w:val="00065AF0"/>
    <w:rsid w:val="00075B28"/>
    <w:rsid w:val="000A4F46"/>
    <w:rsid w:val="000C3E59"/>
    <w:rsid w:val="000D3967"/>
    <w:rsid w:val="000E5E71"/>
    <w:rsid w:val="000E78D3"/>
    <w:rsid w:val="000F20FB"/>
    <w:rsid w:val="001157B4"/>
    <w:rsid w:val="001506D5"/>
    <w:rsid w:val="0015074B"/>
    <w:rsid w:val="00154899"/>
    <w:rsid w:val="00155E4A"/>
    <w:rsid w:val="00176A53"/>
    <w:rsid w:val="001875C5"/>
    <w:rsid w:val="00197396"/>
    <w:rsid w:val="001F7999"/>
    <w:rsid w:val="002621D9"/>
    <w:rsid w:val="002722B4"/>
    <w:rsid w:val="00280BFF"/>
    <w:rsid w:val="00285D7B"/>
    <w:rsid w:val="00295D36"/>
    <w:rsid w:val="0029639D"/>
    <w:rsid w:val="002A6BE8"/>
    <w:rsid w:val="002B79A7"/>
    <w:rsid w:val="002D08E1"/>
    <w:rsid w:val="002D11B8"/>
    <w:rsid w:val="002E1F36"/>
    <w:rsid w:val="002E2B75"/>
    <w:rsid w:val="002F1301"/>
    <w:rsid w:val="003023EC"/>
    <w:rsid w:val="00305543"/>
    <w:rsid w:val="003226CD"/>
    <w:rsid w:val="00326F90"/>
    <w:rsid w:val="00335639"/>
    <w:rsid w:val="00337956"/>
    <w:rsid w:val="003422FD"/>
    <w:rsid w:val="003611E0"/>
    <w:rsid w:val="00375806"/>
    <w:rsid w:val="00376B35"/>
    <w:rsid w:val="003A18B1"/>
    <w:rsid w:val="003C4A21"/>
    <w:rsid w:val="003D057D"/>
    <w:rsid w:val="00402AA5"/>
    <w:rsid w:val="004119FA"/>
    <w:rsid w:val="004126B6"/>
    <w:rsid w:val="00432CED"/>
    <w:rsid w:val="004359F6"/>
    <w:rsid w:val="00454EB0"/>
    <w:rsid w:val="00454FC7"/>
    <w:rsid w:val="00461881"/>
    <w:rsid w:val="00471B64"/>
    <w:rsid w:val="004752BB"/>
    <w:rsid w:val="00475680"/>
    <w:rsid w:val="00496E32"/>
    <w:rsid w:val="0049744C"/>
    <w:rsid w:val="004A3789"/>
    <w:rsid w:val="004A452F"/>
    <w:rsid w:val="004B017A"/>
    <w:rsid w:val="004B1E69"/>
    <w:rsid w:val="004B2836"/>
    <w:rsid w:val="004B7583"/>
    <w:rsid w:val="004B7BE5"/>
    <w:rsid w:val="004C5ABF"/>
    <w:rsid w:val="004D2076"/>
    <w:rsid w:val="004D5ADA"/>
    <w:rsid w:val="004E08FD"/>
    <w:rsid w:val="004F06A0"/>
    <w:rsid w:val="004F178B"/>
    <w:rsid w:val="005052F8"/>
    <w:rsid w:val="0053066D"/>
    <w:rsid w:val="005379E4"/>
    <w:rsid w:val="00540FFC"/>
    <w:rsid w:val="0054428F"/>
    <w:rsid w:val="0054798E"/>
    <w:rsid w:val="00560FF7"/>
    <w:rsid w:val="0056520E"/>
    <w:rsid w:val="00571BD1"/>
    <w:rsid w:val="00577994"/>
    <w:rsid w:val="00582F74"/>
    <w:rsid w:val="00584318"/>
    <w:rsid w:val="00587E48"/>
    <w:rsid w:val="005B21EB"/>
    <w:rsid w:val="005C39B8"/>
    <w:rsid w:val="005F25BB"/>
    <w:rsid w:val="006019AF"/>
    <w:rsid w:val="00604949"/>
    <w:rsid w:val="0061565C"/>
    <w:rsid w:val="00623743"/>
    <w:rsid w:val="006407C8"/>
    <w:rsid w:val="00641553"/>
    <w:rsid w:val="00646237"/>
    <w:rsid w:val="00654419"/>
    <w:rsid w:val="00656B5A"/>
    <w:rsid w:val="0066187E"/>
    <w:rsid w:val="00663C2B"/>
    <w:rsid w:val="006837B0"/>
    <w:rsid w:val="006A15D0"/>
    <w:rsid w:val="006A2347"/>
    <w:rsid w:val="006C5A7C"/>
    <w:rsid w:val="006C7804"/>
    <w:rsid w:val="006D61BD"/>
    <w:rsid w:val="006E11F4"/>
    <w:rsid w:val="006E1E20"/>
    <w:rsid w:val="007270A6"/>
    <w:rsid w:val="00752DD8"/>
    <w:rsid w:val="007756AD"/>
    <w:rsid w:val="00793F2C"/>
    <w:rsid w:val="007A2E62"/>
    <w:rsid w:val="007B5D10"/>
    <w:rsid w:val="007C22D1"/>
    <w:rsid w:val="00815E08"/>
    <w:rsid w:val="0082498E"/>
    <w:rsid w:val="00826D08"/>
    <w:rsid w:val="00840AE8"/>
    <w:rsid w:val="00844537"/>
    <w:rsid w:val="00873A50"/>
    <w:rsid w:val="00883C0C"/>
    <w:rsid w:val="00884937"/>
    <w:rsid w:val="008A6988"/>
    <w:rsid w:val="008C194E"/>
    <w:rsid w:val="008C649E"/>
    <w:rsid w:val="008C705F"/>
    <w:rsid w:val="008D5559"/>
    <w:rsid w:val="008D7FC3"/>
    <w:rsid w:val="008E3A83"/>
    <w:rsid w:val="008F41F0"/>
    <w:rsid w:val="00916D1D"/>
    <w:rsid w:val="00934297"/>
    <w:rsid w:val="0094441C"/>
    <w:rsid w:val="00947DDE"/>
    <w:rsid w:val="0095413D"/>
    <w:rsid w:val="0096244C"/>
    <w:rsid w:val="0097505C"/>
    <w:rsid w:val="009807D1"/>
    <w:rsid w:val="009A5FA5"/>
    <w:rsid w:val="009B2DE4"/>
    <w:rsid w:val="009C083C"/>
    <w:rsid w:val="009D0274"/>
    <w:rsid w:val="009D4541"/>
    <w:rsid w:val="009E387E"/>
    <w:rsid w:val="009E481D"/>
    <w:rsid w:val="009F2818"/>
    <w:rsid w:val="009F7519"/>
    <w:rsid w:val="00A002BE"/>
    <w:rsid w:val="00A03EE7"/>
    <w:rsid w:val="00A219B5"/>
    <w:rsid w:val="00A21C80"/>
    <w:rsid w:val="00A33A2C"/>
    <w:rsid w:val="00A4056A"/>
    <w:rsid w:val="00A5200D"/>
    <w:rsid w:val="00A53703"/>
    <w:rsid w:val="00A65A0E"/>
    <w:rsid w:val="00A67AA3"/>
    <w:rsid w:val="00A93A6E"/>
    <w:rsid w:val="00AA1D8D"/>
    <w:rsid w:val="00AA43EB"/>
    <w:rsid w:val="00AA5F1E"/>
    <w:rsid w:val="00AB34B8"/>
    <w:rsid w:val="00AB68B3"/>
    <w:rsid w:val="00AB7030"/>
    <w:rsid w:val="00AC5A9B"/>
    <w:rsid w:val="00AD549F"/>
    <w:rsid w:val="00AD592E"/>
    <w:rsid w:val="00AD5BFC"/>
    <w:rsid w:val="00AE5F7B"/>
    <w:rsid w:val="00B11A26"/>
    <w:rsid w:val="00B12ED1"/>
    <w:rsid w:val="00B17FB6"/>
    <w:rsid w:val="00B23942"/>
    <w:rsid w:val="00B25F0B"/>
    <w:rsid w:val="00B26C05"/>
    <w:rsid w:val="00B30B4F"/>
    <w:rsid w:val="00B43DB9"/>
    <w:rsid w:val="00B47730"/>
    <w:rsid w:val="00B60CC4"/>
    <w:rsid w:val="00B87251"/>
    <w:rsid w:val="00B87359"/>
    <w:rsid w:val="00BA1C59"/>
    <w:rsid w:val="00BA6990"/>
    <w:rsid w:val="00BB21D8"/>
    <w:rsid w:val="00BB2A1B"/>
    <w:rsid w:val="00BB431D"/>
    <w:rsid w:val="00BC0B44"/>
    <w:rsid w:val="00BE53EF"/>
    <w:rsid w:val="00BF0099"/>
    <w:rsid w:val="00BF68E5"/>
    <w:rsid w:val="00BF72D3"/>
    <w:rsid w:val="00C00453"/>
    <w:rsid w:val="00C033E2"/>
    <w:rsid w:val="00C03D49"/>
    <w:rsid w:val="00C04878"/>
    <w:rsid w:val="00C13C37"/>
    <w:rsid w:val="00C14DA6"/>
    <w:rsid w:val="00C4013E"/>
    <w:rsid w:val="00C67DD4"/>
    <w:rsid w:val="00C750D4"/>
    <w:rsid w:val="00C75696"/>
    <w:rsid w:val="00C760E8"/>
    <w:rsid w:val="00C77BDD"/>
    <w:rsid w:val="00C85F0D"/>
    <w:rsid w:val="00CA4275"/>
    <w:rsid w:val="00CA52C6"/>
    <w:rsid w:val="00CB0664"/>
    <w:rsid w:val="00CC7863"/>
    <w:rsid w:val="00CD28E9"/>
    <w:rsid w:val="00CD4F2D"/>
    <w:rsid w:val="00CE1123"/>
    <w:rsid w:val="00CE2CDC"/>
    <w:rsid w:val="00CF20BB"/>
    <w:rsid w:val="00D01B5C"/>
    <w:rsid w:val="00D04E39"/>
    <w:rsid w:val="00D50871"/>
    <w:rsid w:val="00D655BA"/>
    <w:rsid w:val="00D9731B"/>
    <w:rsid w:val="00DD16C4"/>
    <w:rsid w:val="00DD7D3B"/>
    <w:rsid w:val="00DE2114"/>
    <w:rsid w:val="00DF4D59"/>
    <w:rsid w:val="00E05477"/>
    <w:rsid w:val="00E13BF6"/>
    <w:rsid w:val="00E160EE"/>
    <w:rsid w:val="00E2231B"/>
    <w:rsid w:val="00E22C01"/>
    <w:rsid w:val="00E318B1"/>
    <w:rsid w:val="00E36ABC"/>
    <w:rsid w:val="00E37A0E"/>
    <w:rsid w:val="00E47C4F"/>
    <w:rsid w:val="00E571BC"/>
    <w:rsid w:val="00E57AC2"/>
    <w:rsid w:val="00E65F34"/>
    <w:rsid w:val="00E71A48"/>
    <w:rsid w:val="00E7507A"/>
    <w:rsid w:val="00E77140"/>
    <w:rsid w:val="00E7749C"/>
    <w:rsid w:val="00E80B73"/>
    <w:rsid w:val="00E92423"/>
    <w:rsid w:val="00ED1950"/>
    <w:rsid w:val="00ED1C79"/>
    <w:rsid w:val="00EF2CDC"/>
    <w:rsid w:val="00EF729F"/>
    <w:rsid w:val="00F01B9F"/>
    <w:rsid w:val="00F231B4"/>
    <w:rsid w:val="00F977AE"/>
    <w:rsid w:val="00FA0769"/>
    <w:rsid w:val="00FA087A"/>
    <w:rsid w:val="00FC5577"/>
    <w:rsid w:val="00FC693F"/>
    <w:rsid w:val="00FD4378"/>
    <w:rsid w:val="00FE776B"/>
    <w:rsid w:val="00FF12C1"/>
    <w:rsid w:val="00FF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64E8DE"/>
  <w14:defaultImageDpi w14:val="300"/>
  <w15:docId w15:val="{F46FAA96-D600-4B72-A113-CB107C5AF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hAnsi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1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49744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744C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840AE8"/>
    <w:pPr>
      <w:numPr>
        <w:numId w:val="2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48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48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4878"/>
    <w:rPr>
      <w:rFonts w:ascii="Times New Roman" w:hAnsi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8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878"/>
    <w:rPr>
      <w:rFonts w:ascii="Times New Roman" w:hAnsi="Times New Roman"/>
      <w:b/>
      <w:bCs/>
      <w:sz w:val="20"/>
      <w:szCs w:val="20"/>
      <w:lang w:val="pl-PL"/>
    </w:rPr>
  </w:style>
  <w:style w:type="paragraph" w:styleId="NormalnyWeb">
    <w:name w:val="Normal (Web)"/>
    <w:basedOn w:val="Normalny"/>
    <w:uiPriority w:val="99"/>
    <w:unhideWhenUsed/>
    <w:rsid w:val="00CE2CD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5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5B28"/>
    <w:rPr>
      <w:rFonts w:ascii="Times New Roman" w:hAnsi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5B28"/>
    <w:rPr>
      <w:vertAlign w:val="superscript"/>
    </w:rPr>
  </w:style>
  <w:style w:type="paragraph" w:styleId="Poprawka">
    <w:name w:val="Revision"/>
    <w:hidden/>
    <w:uiPriority w:val="99"/>
    <w:semiHidden/>
    <w:rsid w:val="00D655BA"/>
    <w:pPr>
      <w:spacing w:after="0" w:line="240" w:lineRule="auto"/>
    </w:pPr>
    <w:rPr>
      <w:rFonts w:ascii="Times New Roman" w:hAnsi="Times New Roman"/>
      <w:sz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258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Weronika Nowak</cp:lastModifiedBy>
  <cp:revision>55</cp:revision>
  <cp:lastPrinted>2026-08-19T13:12:00Z</cp:lastPrinted>
  <dcterms:created xsi:type="dcterms:W3CDTF">2026-07-09T09:23:00Z</dcterms:created>
  <dcterms:modified xsi:type="dcterms:W3CDTF">2026-08-20T13:19:00Z</dcterms:modified>
  <cp:category/>
</cp:coreProperties>
</file>