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1ABD5" w14:textId="77777777" w:rsidR="008C194E" w:rsidRDefault="008C194E" w:rsidP="00F977AE">
      <w:pPr>
        <w:spacing w:after="0" w:line="240" w:lineRule="auto"/>
        <w:ind w:left="348"/>
        <w:jc w:val="right"/>
        <w:rPr>
          <w:rFonts w:eastAsia="Times New Roman" w:cs="Times New Roman"/>
          <w:b/>
          <w:bCs/>
          <w:iCs/>
          <w:sz w:val="22"/>
          <w:lang w:eastAsia="pl-PL"/>
        </w:rPr>
      </w:pPr>
    </w:p>
    <w:p w14:paraId="31B84F6F" w14:textId="7A36F27D" w:rsidR="00F977AE" w:rsidRPr="00F977AE" w:rsidRDefault="00F977AE" w:rsidP="00F977AE">
      <w:pPr>
        <w:spacing w:after="0" w:line="240" w:lineRule="auto"/>
        <w:ind w:left="348"/>
        <w:jc w:val="right"/>
        <w:rPr>
          <w:rFonts w:eastAsia="Times New Roman" w:cs="Times New Roman"/>
          <w:b/>
          <w:bCs/>
          <w:iCs/>
          <w:sz w:val="22"/>
          <w:lang w:eastAsia="pl-PL"/>
        </w:rPr>
      </w:pPr>
      <w:r w:rsidRPr="00F977AE">
        <w:rPr>
          <w:rFonts w:eastAsia="Times New Roman" w:cs="Times New Roman"/>
          <w:b/>
          <w:bCs/>
          <w:iCs/>
          <w:sz w:val="22"/>
          <w:lang w:eastAsia="pl-PL"/>
        </w:rPr>
        <w:t>Załącznik nr 3</w:t>
      </w:r>
    </w:p>
    <w:p w14:paraId="06CC1312" w14:textId="7513EA6A" w:rsidR="00F977AE" w:rsidRPr="00F977AE" w:rsidRDefault="00BE53EF" w:rsidP="00F977AE">
      <w:pPr>
        <w:spacing w:after="0" w:line="240" w:lineRule="auto"/>
        <w:ind w:left="348"/>
        <w:jc w:val="right"/>
        <w:rPr>
          <w:rFonts w:eastAsia="Times New Roman" w:cs="Times New Roman"/>
          <w:b/>
          <w:bCs/>
          <w:iCs/>
          <w:sz w:val="22"/>
          <w:lang w:eastAsia="pl-PL"/>
        </w:rPr>
      </w:pPr>
      <w:r>
        <w:rPr>
          <w:rFonts w:eastAsia="Times New Roman" w:cs="Times New Roman"/>
          <w:b/>
          <w:bCs/>
          <w:iCs/>
          <w:sz w:val="22"/>
          <w:lang w:eastAsia="pl-PL"/>
        </w:rPr>
        <w:t>Oświadczenie Laureata o numerze konta bakowego</w:t>
      </w:r>
    </w:p>
    <w:p w14:paraId="4C3CECFC" w14:textId="5E04406D" w:rsidR="00F977AE" w:rsidRPr="00F977AE" w:rsidRDefault="00F977AE" w:rsidP="00F977AE">
      <w:pPr>
        <w:spacing w:after="0" w:line="240" w:lineRule="auto"/>
        <w:ind w:left="348"/>
        <w:jc w:val="right"/>
        <w:rPr>
          <w:rFonts w:eastAsia="Times New Roman" w:cs="Times New Roman"/>
          <w:b/>
          <w:bCs/>
          <w:iCs/>
          <w:sz w:val="22"/>
          <w:lang w:eastAsia="pl-PL"/>
        </w:rPr>
      </w:pPr>
      <w:r w:rsidRPr="00F977AE">
        <w:rPr>
          <w:rFonts w:eastAsia="Times New Roman" w:cs="Times New Roman"/>
          <w:b/>
          <w:bCs/>
          <w:iCs/>
          <w:sz w:val="22"/>
          <w:lang w:eastAsia="pl-PL"/>
        </w:rPr>
        <w:t>„Zaprojektuj Maskotkę WCR Jarocin”</w:t>
      </w:r>
    </w:p>
    <w:p w14:paraId="6B568BB1" w14:textId="77777777" w:rsidR="00F977AE" w:rsidRDefault="00F977AE" w:rsidP="00F977AE">
      <w:pPr>
        <w:spacing w:after="0" w:line="240" w:lineRule="auto"/>
        <w:ind w:left="348"/>
        <w:jc w:val="right"/>
        <w:rPr>
          <w:rFonts w:eastAsia="Times New Roman" w:cs="Times New Roman"/>
          <w:i/>
          <w:sz w:val="22"/>
          <w:lang w:eastAsia="pl-PL"/>
        </w:rPr>
      </w:pPr>
    </w:p>
    <w:p w14:paraId="74017296" w14:textId="77777777" w:rsidR="00BE53EF" w:rsidRDefault="00BE53EF" w:rsidP="00F977AE">
      <w:pPr>
        <w:spacing w:after="0" w:line="240" w:lineRule="auto"/>
        <w:ind w:left="348"/>
        <w:jc w:val="right"/>
        <w:rPr>
          <w:rFonts w:eastAsia="Times New Roman" w:cs="Times New Roman"/>
          <w:i/>
          <w:sz w:val="22"/>
          <w:lang w:eastAsia="pl-PL"/>
        </w:rPr>
      </w:pPr>
    </w:p>
    <w:p w14:paraId="6E0C02A6" w14:textId="77777777" w:rsidR="00BE53EF" w:rsidRDefault="00BE53EF" w:rsidP="00F977AE">
      <w:pPr>
        <w:spacing w:after="0" w:line="240" w:lineRule="auto"/>
        <w:ind w:left="348"/>
        <w:jc w:val="right"/>
        <w:rPr>
          <w:rFonts w:eastAsia="Times New Roman" w:cs="Times New Roman"/>
          <w:i/>
          <w:sz w:val="22"/>
          <w:lang w:eastAsia="pl-PL"/>
        </w:rPr>
      </w:pPr>
    </w:p>
    <w:p w14:paraId="58C84D75" w14:textId="77777777" w:rsidR="00BE53EF" w:rsidRDefault="00BE53EF" w:rsidP="00F977AE">
      <w:pPr>
        <w:spacing w:after="0" w:line="240" w:lineRule="auto"/>
        <w:ind w:left="348"/>
        <w:jc w:val="right"/>
        <w:rPr>
          <w:rFonts w:eastAsia="Times New Roman" w:cs="Times New Roman"/>
          <w:i/>
          <w:sz w:val="22"/>
          <w:lang w:eastAsia="pl-PL"/>
        </w:rPr>
      </w:pPr>
    </w:p>
    <w:p w14:paraId="01F52353" w14:textId="6A640582" w:rsidR="00BE53EF" w:rsidRDefault="00BE53EF" w:rsidP="00BE53EF">
      <w:pPr>
        <w:spacing w:after="0" w:line="240" w:lineRule="auto"/>
        <w:ind w:left="348"/>
        <w:jc w:val="center"/>
        <w:rPr>
          <w:rFonts w:eastAsia="Times New Roman" w:cs="Times New Roman"/>
          <w:b/>
          <w:bCs/>
          <w:iCs/>
          <w:sz w:val="22"/>
          <w:lang w:eastAsia="pl-PL"/>
        </w:rPr>
      </w:pPr>
      <w:r>
        <w:rPr>
          <w:rFonts w:eastAsia="Times New Roman" w:cs="Times New Roman"/>
          <w:b/>
          <w:bCs/>
          <w:iCs/>
          <w:sz w:val="22"/>
          <w:lang w:eastAsia="pl-PL"/>
        </w:rPr>
        <w:t>Oświadczenie</w:t>
      </w:r>
    </w:p>
    <w:p w14:paraId="6336EBB3" w14:textId="77777777" w:rsidR="00BE53EF" w:rsidRDefault="00BE53EF" w:rsidP="00BE53EF">
      <w:pPr>
        <w:spacing w:after="0" w:line="240" w:lineRule="auto"/>
        <w:ind w:left="348"/>
        <w:jc w:val="center"/>
        <w:rPr>
          <w:rFonts w:eastAsia="Times New Roman" w:cs="Times New Roman"/>
          <w:b/>
          <w:bCs/>
          <w:iCs/>
          <w:sz w:val="22"/>
          <w:lang w:eastAsia="pl-PL"/>
        </w:rPr>
      </w:pPr>
    </w:p>
    <w:p w14:paraId="7792BF39" w14:textId="77777777" w:rsidR="00BE53EF" w:rsidRDefault="00BE53EF" w:rsidP="00BE53EF">
      <w:pPr>
        <w:spacing w:after="0" w:line="240" w:lineRule="auto"/>
        <w:ind w:left="348"/>
        <w:rPr>
          <w:rFonts w:eastAsia="Times New Roman" w:cs="Times New Roman"/>
          <w:iCs/>
          <w:sz w:val="22"/>
          <w:lang w:eastAsia="pl-PL"/>
        </w:rPr>
      </w:pPr>
    </w:p>
    <w:p w14:paraId="26CDA682" w14:textId="11DA1CE2" w:rsidR="00BE53EF" w:rsidRDefault="00BE53EF" w:rsidP="00BE53EF">
      <w:pPr>
        <w:spacing w:after="0" w:line="240" w:lineRule="auto"/>
        <w:ind w:left="348"/>
        <w:rPr>
          <w:rFonts w:eastAsia="Times New Roman" w:cs="Times New Roman"/>
          <w:iCs/>
          <w:sz w:val="22"/>
          <w:lang w:eastAsia="pl-PL"/>
        </w:rPr>
      </w:pPr>
      <w:r>
        <w:rPr>
          <w:rFonts w:eastAsia="Times New Roman" w:cs="Times New Roman"/>
          <w:iCs/>
          <w:sz w:val="22"/>
          <w:lang w:eastAsia="pl-PL"/>
        </w:rPr>
        <w:t>Ja, niżej podpisany …………………………………………………………………………</w:t>
      </w:r>
    </w:p>
    <w:p w14:paraId="2EFEA2B9" w14:textId="5315F664" w:rsidR="00155E4A" w:rsidRDefault="00155E4A" w:rsidP="00BE53EF">
      <w:pPr>
        <w:spacing w:after="0" w:line="240" w:lineRule="auto"/>
        <w:ind w:left="348"/>
        <w:rPr>
          <w:rFonts w:eastAsia="Times New Roman" w:cs="Times New Roman"/>
          <w:iCs/>
          <w:sz w:val="18"/>
          <w:szCs w:val="18"/>
          <w:lang w:eastAsia="pl-PL"/>
        </w:rPr>
      </w:pPr>
      <w:r>
        <w:rPr>
          <w:rFonts w:eastAsia="Times New Roman" w:cs="Times New Roman"/>
          <w:iCs/>
          <w:sz w:val="22"/>
          <w:lang w:eastAsia="pl-PL"/>
        </w:rPr>
        <w:tab/>
      </w:r>
      <w:r>
        <w:rPr>
          <w:rFonts w:eastAsia="Times New Roman" w:cs="Times New Roman"/>
          <w:iCs/>
          <w:sz w:val="22"/>
          <w:lang w:eastAsia="pl-PL"/>
        </w:rPr>
        <w:tab/>
      </w:r>
      <w:r>
        <w:rPr>
          <w:rFonts w:eastAsia="Times New Roman" w:cs="Times New Roman"/>
          <w:iCs/>
          <w:sz w:val="22"/>
          <w:lang w:eastAsia="pl-PL"/>
        </w:rPr>
        <w:tab/>
      </w:r>
      <w:r>
        <w:rPr>
          <w:rFonts w:eastAsia="Times New Roman" w:cs="Times New Roman"/>
          <w:iCs/>
          <w:sz w:val="22"/>
          <w:lang w:eastAsia="pl-PL"/>
        </w:rPr>
        <w:tab/>
        <w:t xml:space="preserve">     </w:t>
      </w:r>
      <w:r>
        <w:rPr>
          <w:rFonts w:eastAsia="Times New Roman" w:cs="Times New Roman"/>
          <w:iCs/>
          <w:sz w:val="22"/>
          <w:lang w:eastAsia="pl-PL"/>
        </w:rPr>
        <w:tab/>
      </w:r>
      <w:r>
        <w:rPr>
          <w:rFonts w:eastAsia="Times New Roman" w:cs="Times New Roman"/>
          <w:iCs/>
          <w:sz w:val="22"/>
          <w:lang w:eastAsia="pl-PL"/>
        </w:rPr>
        <w:tab/>
      </w:r>
      <w:r w:rsidRPr="00155E4A">
        <w:rPr>
          <w:rFonts w:eastAsia="Times New Roman" w:cs="Times New Roman"/>
          <w:iCs/>
          <w:sz w:val="18"/>
          <w:szCs w:val="18"/>
          <w:lang w:eastAsia="pl-PL"/>
        </w:rPr>
        <w:t>(imię i nazwisko)</w:t>
      </w:r>
    </w:p>
    <w:p w14:paraId="140F38F1" w14:textId="77777777" w:rsidR="00155E4A" w:rsidRPr="00CA4275" w:rsidRDefault="00155E4A" w:rsidP="00BE53EF">
      <w:pPr>
        <w:spacing w:after="0" w:line="240" w:lineRule="auto"/>
        <w:ind w:left="348"/>
        <w:rPr>
          <w:rFonts w:eastAsia="Times New Roman" w:cs="Times New Roman"/>
          <w:iCs/>
          <w:sz w:val="20"/>
          <w:szCs w:val="20"/>
          <w:lang w:eastAsia="pl-PL"/>
        </w:rPr>
      </w:pPr>
    </w:p>
    <w:p w14:paraId="0E31C115" w14:textId="4B0FC9A7" w:rsidR="00155E4A" w:rsidRPr="00CA4275" w:rsidRDefault="00CA4275" w:rsidP="00155E4A">
      <w:pPr>
        <w:spacing w:after="0" w:line="240" w:lineRule="auto"/>
        <w:rPr>
          <w:rFonts w:eastAsia="Times New Roman" w:cs="Times New Roman"/>
          <w:iCs/>
          <w:sz w:val="22"/>
          <w:lang w:eastAsia="pl-PL"/>
        </w:rPr>
      </w:pPr>
      <w:r w:rsidRPr="00CA4275">
        <w:rPr>
          <w:rFonts w:eastAsia="Times New Roman" w:cs="Times New Roman"/>
          <w:iCs/>
          <w:sz w:val="22"/>
          <w:lang w:eastAsia="pl-PL"/>
        </w:rPr>
        <w:t>*</w:t>
      </w:r>
      <w:r w:rsidR="00155E4A" w:rsidRPr="00CA4275">
        <w:rPr>
          <w:rFonts w:eastAsia="Times New Roman" w:cs="Times New Roman"/>
          <w:iCs/>
          <w:sz w:val="22"/>
          <w:lang w:eastAsia="pl-PL"/>
        </w:rPr>
        <w:t>Oświadczam, że jestem właścicielem numeru konta bankowego:</w:t>
      </w:r>
    </w:p>
    <w:p w14:paraId="2C145EC6" w14:textId="77777777" w:rsidR="00155E4A" w:rsidRPr="00CA4275" w:rsidRDefault="00155E4A" w:rsidP="00BE53EF">
      <w:pPr>
        <w:spacing w:after="0" w:line="240" w:lineRule="auto"/>
        <w:ind w:left="348"/>
        <w:rPr>
          <w:rFonts w:eastAsia="Times New Roman" w:cs="Times New Roman"/>
          <w:iCs/>
          <w:sz w:val="22"/>
          <w:lang w:eastAsia="pl-PL"/>
        </w:rPr>
      </w:pPr>
    </w:p>
    <w:p w14:paraId="7F799EF2" w14:textId="2F4FCB4D" w:rsidR="00155E4A" w:rsidRDefault="00155E4A" w:rsidP="00BE53EF">
      <w:pPr>
        <w:spacing w:after="0" w:line="240" w:lineRule="auto"/>
        <w:ind w:left="348"/>
        <w:rPr>
          <w:rFonts w:eastAsia="Times New Roman" w:cs="Times New Roman"/>
          <w:iCs/>
          <w:sz w:val="22"/>
          <w:lang w:eastAsia="pl-PL"/>
        </w:rPr>
      </w:pPr>
      <w:r w:rsidRPr="00CA4275">
        <w:rPr>
          <w:rFonts w:eastAsia="Times New Roman" w:cs="Times New Roman"/>
          <w:iCs/>
          <w:sz w:val="22"/>
          <w:lang w:eastAsia="pl-PL"/>
        </w:rPr>
        <w:t xml:space="preserve"> ……………………………………………………………………………………………… </w:t>
      </w:r>
    </w:p>
    <w:p w14:paraId="256A96F9" w14:textId="70C6F527" w:rsidR="00CA4275" w:rsidRPr="00CA4275" w:rsidRDefault="00CA4275" w:rsidP="00CA4275">
      <w:pPr>
        <w:spacing w:after="0" w:line="240" w:lineRule="auto"/>
        <w:ind w:left="2508" w:firstLine="372"/>
        <w:rPr>
          <w:rFonts w:eastAsia="Times New Roman" w:cs="Times New Roman"/>
          <w:iCs/>
          <w:sz w:val="18"/>
          <w:szCs w:val="18"/>
          <w:lang w:eastAsia="pl-PL"/>
        </w:rPr>
      </w:pPr>
      <w:r w:rsidRPr="00CA4275">
        <w:rPr>
          <w:rFonts w:eastAsia="Times New Roman" w:cs="Times New Roman"/>
          <w:iCs/>
          <w:sz w:val="18"/>
          <w:szCs w:val="18"/>
          <w:lang w:eastAsia="pl-PL"/>
        </w:rPr>
        <w:t>(wpisać nr konta bankowego)</w:t>
      </w:r>
    </w:p>
    <w:p w14:paraId="39111A74" w14:textId="77777777" w:rsidR="00155E4A" w:rsidRPr="00CA4275" w:rsidRDefault="00155E4A" w:rsidP="00BE53EF">
      <w:pPr>
        <w:spacing w:after="0" w:line="240" w:lineRule="auto"/>
        <w:ind w:left="348"/>
        <w:rPr>
          <w:rFonts w:eastAsia="Times New Roman" w:cs="Times New Roman"/>
          <w:iCs/>
          <w:sz w:val="22"/>
          <w:lang w:eastAsia="pl-PL"/>
        </w:rPr>
      </w:pPr>
    </w:p>
    <w:p w14:paraId="0BCDAF25" w14:textId="4F1022BA" w:rsidR="00155E4A" w:rsidRPr="00CA4275" w:rsidRDefault="00155E4A" w:rsidP="00CA4275">
      <w:pPr>
        <w:spacing w:after="0" w:line="240" w:lineRule="auto"/>
        <w:rPr>
          <w:rFonts w:eastAsia="Times New Roman" w:cs="Times New Roman"/>
          <w:iCs/>
          <w:sz w:val="22"/>
          <w:lang w:eastAsia="pl-PL"/>
        </w:rPr>
      </w:pPr>
      <w:r w:rsidRPr="00CA4275">
        <w:rPr>
          <w:rFonts w:eastAsia="Times New Roman" w:cs="Times New Roman"/>
          <w:iCs/>
          <w:sz w:val="22"/>
          <w:lang w:eastAsia="pl-PL"/>
        </w:rPr>
        <w:t xml:space="preserve">Wnioskuję o przekazanie nagrody pieniężnej otrzymanej w konkursie „Zaprojektuj Maskotkę WCR Jarocin” na wskazany numer. </w:t>
      </w:r>
    </w:p>
    <w:p w14:paraId="24053B6A" w14:textId="77777777" w:rsidR="00155E4A" w:rsidRPr="00CA4275" w:rsidRDefault="00155E4A" w:rsidP="00155E4A">
      <w:pPr>
        <w:spacing w:after="0" w:line="240" w:lineRule="auto"/>
        <w:rPr>
          <w:rFonts w:eastAsia="Times New Roman" w:cs="Times New Roman"/>
          <w:iCs/>
          <w:sz w:val="22"/>
          <w:lang w:eastAsia="pl-PL"/>
        </w:rPr>
      </w:pPr>
    </w:p>
    <w:p w14:paraId="3D1C3BB7" w14:textId="77777777" w:rsidR="00CA4275" w:rsidRPr="00CA4275" w:rsidRDefault="00CA4275" w:rsidP="00155E4A">
      <w:pPr>
        <w:spacing w:after="0" w:line="240" w:lineRule="auto"/>
        <w:rPr>
          <w:rFonts w:eastAsia="Times New Roman" w:cs="Times New Roman"/>
          <w:iCs/>
          <w:sz w:val="22"/>
          <w:lang w:eastAsia="pl-PL"/>
        </w:rPr>
      </w:pPr>
    </w:p>
    <w:p w14:paraId="75401B0E" w14:textId="50410F97" w:rsidR="00155E4A" w:rsidRDefault="00CA4275" w:rsidP="00155E4A">
      <w:pPr>
        <w:spacing w:after="0" w:line="240" w:lineRule="auto"/>
        <w:rPr>
          <w:rFonts w:eastAsia="Times New Roman" w:cs="Times New Roman"/>
          <w:iCs/>
          <w:sz w:val="22"/>
          <w:lang w:eastAsia="pl-PL"/>
        </w:rPr>
      </w:pPr>
      <w:r w:rsidRPr="00CA4275">
        <w:rPr>
          <w:rFonts w:eastAsia="Times New Roman" w:cs="Times New Roman"/>
          <w:iCs/>
          <w:sz w:val="22"/>
          <w:lang w:eastAsia="pl-PL"/>
        </w:rPr>
        <w:t>*</w:t>
      </w:r>
      <w:r>
        <w:rPr>
          <w:rFonts w:eastAsia="Times New Roman" w:cs="Times New Roman"/>
          <w:iCs/>
          <w:sz w:val="22"/>
          <w:lang w:eastAsia="pl-PL"/>
        </w:rPr>
        <w:t>*</w:t>
      </w:r>
      <w:r w:rsidR="00155E4A" w:rsidRPr="00CA4275">
        <w:rPr>
          <w:rFonts w:eastAsia="Times New Roman" w:cs="Times New Roman"/>
          <w:iCs/>
          <w:sz w:val="22"/>
          <w:lang w:eastAsia="pl-PL"/>
        </w:rPr>
        <w:t>Oświadczam, że jestem opiekunem prawnym uczestnika ……………………. ………………</w:t>
      </w:r>
    </w:p>
    <w:p w14:paraId="4B1159E0" w14:textId="1F2855A3" w:rsidR="00CA4275" w:rsidRDefault="00CA4275" w:rsidP="00155E4A">
      <w:pPr>
        <w:spacing w:after="0" w:line="240" w:lineRule="auto"/>
        <w:rPr>
          <w:rFonts w:eastAsia="Times New Roman" w:cs="Times New Roman"/>
          <w:iCs/>
          <w:sz w:val="22"/>
          <w:lang w:eastAsia="pl-PL"/>
        </w:rPr>
      </w:pPr>
      <w:r>
        <w:rPr>
          <w:rFonts w:eastAsia="Times New Roman" w:cs="Times New Roman"/>
          <w:iCs/>
          <w:sz w:val="22"/>
          <w:lang w:eastAsia="pl-PL"/>
        </w:rPr>
        <w:tab/>
      </w:r>
      <w:r>
        <w:rPr>
          <w:rFonts w:eastAsia="Times New Roman" w:cs="Times New Roman"/>
          <w:iCs/>
          <w:sz w:val="22"/>
          <w:lang w:eastAsia="pl-PL"/>
        </w:rPr>
        <w:tab/>
      </w:r>
      <w:r>
        <w:rPr>
          <w:rFonts w:eastAsia="Times New Roman" w:cs="Times New Roman"/>
          <w:iCs/>
          <w:sz w:val="22"/>
          <w:lang w:eastAsia="pl-PL"/>
        </w:rPr>
        <w:tab/>
      </w:r>
      <w:r>
        <w:rPr>
          <w:rFonts w:eastAsia="Times New Roman" w:cs="Times New Roman"/>
          <w:iCs/>
          <w:sz w:val="22"/>
          <w:lang w:eastAsia="pl-PL"/>
        </w:rPr>
        <w:tab/>
      </w:r>
      <w:r>
        <w:rPr>
          <w:rFonts w:eastAsia="Times New Roman" w:cs="Times New Roman"/>
          <w:iCs/>
          <w:sz w:val="22"/>
          <w:lang w:eastAsia="pl-PL"/>
        </w:rPr>
        <w:tab/>
      </w:r>
      <w:r>
        <w:rPr>
          <w:rFonts w:eastAsia="Times New Roman" w:cs="Times New Roman"/>
          <w:iCs/>
          <w:sz w:val="22"/>
          <w:lang w:eastAsia="pl-PL"/>
        </w:rPr>
        <w:tab/>
      </w:r>
      <w:r>
        <w:rPr>
          <w:rFonts w:eastAsia="Times New Roman" w:cs="Times New Roman"/>
          <w:iCs/>
          <w:sz w:val="22"/>
          <w:lang w:eastAsia="pl-PL"/>
        </w:rPr>
        <w:tab/>
      </w:r>
      <w:r>
        <w:rPr>
          <w:rFonts w:eastAsia="Times New Roman" w:cs="Times New Roman"/>
          <w:iCs/>
          <w:sz w:val="22"/>
          <w:lang w:eastAsia="pl-PL"/>
        </w:rPr>
        <w:tab/>
      </w:r>
      <w:r w:rsidRPr="00CA4275">
        <w:rPr>
          <w:rFonts w:eastAsia="Times New Roman" w:cs="Times New Roman"/>
          <w:iCs/>
          <w:sz w:val="18"/>
          <w:szCs w:val="18"/>
          <w:lang w:eastAsia="pl-PL"/>
        </w:rPr>
        <w:t>(imię i nazwisko uczestnika)</w:t>
      </w:r>
    </w:p>
    <w:p w14:paraId="0441DA01" w14:textId="77777777" w:rsidR="00CA4275" w:rsidRPr="00CA4275" w:rsidRDefault="00CA4275" w:rsidP="00155E4A">
      <w:pPr>
        <w:spacing w:after="0" w:line="240" w:lineRule="auto"/>
        <w:rPr>
          <w:rFonts w:eastAsia="Times New Roman" w:cs="Times New Roman"/>
          <w:iCs/>
          <w:sz w:val="22"/>
          <w:lang w:eastAsia="pl-PL"/>
        </w:rPr>
      </w:pPr>
    </w:p>
    <w:p w14:paraId="3A6AB4E1" w14:textId="19D2F0A6" w:rsidR="00155E4A" w:rsidRPr="00CA4275" w:rsidRDefault="00CA4275" w:rsidP="00155E4A">
      <w:pPr>
        <w:spacing w:after="0" w:line="240" w:lineRule="auto"/>
        <w:rPr>
          <w:rFonts w:eastAsia="Times New Roman" w:cs="Times New Roman"/>
          <w:iCs/>
          <w:sz w:val="22"/>
          <w:lang w:eastAsia="pl-PL"/>
        </w:rPr>
      </w:pPr>
      <w:r w:rsidRPr="00CA4275">
        <w:rPr>
          <w:rFonts w:eastAsia="Times New Roman" w:cs="Times New Roman"/>
          <w:iCs/>
          <w:sz w:val="22"/>
          <w:lang w:eastAsia="pl-PL"/>
        </w:rPr>
        <w:t>i</w:t>
      </w:r>
      <w:r w:rsidR="00155E4A" w:rsidRPr="00CA4275">
        <w:rPr>
          <w:rFonts w:eastAsia="Times New Roman" w:cs="Times New Roman"/>
          <w:iCs/>
          <w:sz w:val="22"/>
          <w:lang w:eastAsia="pl-PL"/>
        </w:rPr>
        <w:t xml:space="preserve"> jestem właścicielem numeru konta bankowego:</w:t>
      </w:r>
    </w:p>
    <w:p w14:paraId="2AA9E578" w14:textId="77777777" w:rsidR="00155E4A" w:rsidRPr="00CA4275" w:rsidRDefault="00155E4A" w:rsidP="00155E4A">
      <w:pPr>
        <w:spacing w:after="0" w:line="240" w:lineRule="auto"/>
        <w:ind w:left="348"/>
        <w:rPr>
          <w:rFonts w:eastAsia="Times New Roman" w:cs="Times New Roman"/>
          <w:iCs/>
          <w:sz w:val="22"/>
          <w:lang w:eastAsia="pl-PL"/>
        </w:rPr>
      </w:pPr>
    </w:p>
    <w:p w14:paraId="52D4FC3E" w14:textId="442C7086" w:rsidR="00155E4A" w:rsidRPr="00CA4275" w:rsidRDefault="00155E4A" w:rsidP="00155E4A">
      <w:pPr>
        <w:spacing w:after="0" w:line="240" w:lineRule="auto"/>
        <w:ind w:left="348"/>
        <w:rPr>
          <w:rFonts w:eastAsia="Times New Roman" w:cs="Times New Roman"/>
          <w:iCs/>
          <w:sz w:val="22"/>
          <w:lang w:eastAsia="pl-PL"/>
        </w:rPr>
      </w:pPr>
      <w:r w:rsidRPr="00CA4275">
        <w:rPr>
          <w:rFonts w:eastAsia="Times New Roman" w:cs="Times New Roman"/>
          <w:iCs/>
          <w:sz w:val="22"/>
          <w:lang w:eastAsia="pl-PL"/>
        </w:rPr>
        <w:t xml:space="preserve"> ……………………………………………………………………………………………</w:t>
      </w:r>
      <w:r w:rsidR="00CA4275">
        <w:rPr>
          <w:rFonts w:eastAsia="Times New Roman" w:cs="Times New Roman"/>
          <w:iCs/>
          <w:sz w:val="22"/>
          <w:lang w:eastAsia="pl-PL"/>
        </w:rPr>
        <w:t>…</w:t>
      </w:r>
      <w:r w:rsidRPr="00CA4275">
        <w:rPr>
          <w:rFonts w:eastAsia="Times New Roman" w:cs="Times New Roman"/>
          <w:iCs/>
          <w:sz w:val="22"/>
          <w:lang w:eastAsia="pl-PL"/>
        </w:rPr>
        <w:t xml:space="preserve"> </w:t>
      </w:r>
    </w:p>
    <w:p w14:paraId="4FDDB395" w14:textId="50F718B8" w:rsidR="00155E4A" w:rsidRPr="00CA4275" w:rsidRDefault="00CA4275" w:rsidP="00CA4275">
      <w:pPr>
        <w:spacing w:after="0" w:line="240" w:lineRule="auto"/>
        <w:ind w:left="2508" w:firstLine="372"/>
        <w:rPr>
          <w:rFonts w:eastAsia="Times New Roman" w:cs="Times New Roman"/>
          <w:iCs/>
          <w:sz w:val="18"/>
          <w:szCs w:val="18"/>
          <w:lang w:eastAsia="pl-PL"/>
        </w:rPr>
      </w:pPr>
      <w:r w:rsidRPr="00CA4275">
        <w:rPr>
          <w:rFonts w:eastAsia="Times New Roman" w:cs="Times New Roman"/>
          <w:iCs/>
          <w:sz w:val="18"/>
          <w:szCs w:val="18"/>
          <w:lang w:eastAsia="pl-PL"/>
        </w:rPr>
        <w:t>(wpisać nr konta bankowego)</w:t>
      </w:r>
    </w:p>
    <w:p w14:paraId="602D9885" w14:textId="77777777" w:rsidR="00CA4275" w:rsidRDefault="00CA4275" w:rsidP="00CA4275">
      <w:pPr>
        <w:spacing w:after="0" w:line="240" w:lineRule="auto"/>
        <w:rPr>
          <w:rFonts w:eastAsia="Times New Roman" w:cs="Times New Roman"/>
          <w:iCs/>
          <w:sz w:val="22"/>
          <w:lang w:eastAsia="pl-PL"/>
        </w:rPr>
      </w:pPr>
    </w:p>
    <w:p w14:paraId="073F4BE6" w14:textId="327C2895" w:rsidR="00155E4A" w:rsidRPr="00CA4275" w:rsidRDefault="00155E4A" w:rsidP="00CA4275">
      <w:pPr>
        <w:spacing w:after="0" w:line="240" w:lineRule="auto"/>
        <w:rPr>
          <w:rFonts w:eastAsia="Times New Roman" w:cs="Times New Roman"/>
          <w:iCs/>
          <w:sz w:val="22"/>
          <w:lang w:eastAsia="pl-PL"/>
        </w:rPr>
      </w:pPr>
      <w:r w:rsidRPr="00CA4275">
        <w:rPr>
          <w:rFonts w:eastAsia="Times New Roman" w:cs="Times New Roman"/>
          <w:iCs/>
          <w:sz w:val="22"/>
          <w:lang w:eastAsia="pl-PL"/>
        </w:rPr>
        <w:t xml:space="preserve">Wnioskuję o przekazanie nagrody pieniężnej otrzymanej w konkursie „Zaprojektuj Maskotkę WCR Jarocin” na wskazany numer. </w:t>
      </w:r>
    </w:p>
    <w:p w14:paraId="3D567F9E" w14:textId="77777777" w:rsidR="00155E4A" w:rsidRDefault="00155E4A" w:rsidP="00155E4A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</w:p>
    <w:p w14:paraId="088CD239" w14:textId="77777777" w:rsidR="00752DD8" w:rsidRDefault="00752DD8" w:rsidP="00155E4A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</w:p>
    <w:p w14:paraId="7360F2D7" w14:textId="77777777" w:rsidR="00752DD8" w:rsidRDefault="00752DD8" w:rsidP="00155E4A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</w:p>
    <w:p w14:paraId="34A0A469" w14:textId="77777777" w:rsidR="00752DD8" w:rsidRDefault="00752DD8" w:rsidP="00155E4A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</w:p>
    <w:p w14:paraId="7AEA2E93" w14:textId="77777777" w:rsidR="00752DD8" w:rsidRDefault="00752DD8" w:rsidP="00155E4A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</w:p>
    <w:p w14:paraId="63931FD8" w14:textId="77777777" w:rsidR="00752DD8" w:rsidRDefault="00752DD8" w:rsidP="00155E4A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</w:p>
    <w:p w14:paraId="2169D2C6" w14:textId="77777777" w:rsidR="00752DD8" w:rsidRDefault="00752DD8" w:rsidP="00155E4A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</w:p>
    <w:p w14:paraId="7091AA73" w14:textId="112A6780" w:rsidR="00752DD8" w:rsidRPr="00752DD8" w:rsidRDefault="00752DD8" w:rsidP="00752DD8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752DD8">
        <w:rPr>
          <w:rFonts w:eastAsia="Times New Roman" w:cs="Times New Roman"/>
          <w:iCs/>
          <w:sz w:val="20"/>
          <w:szCs w:val="20"/>
          <w:lang w:eastAsia="pl-PL"/>
        </w:rPr>
        <w:t>.................................................</w:t>
      </w:r>
      <w:r w:rsidRPr="00752DD8">
        <w:rPr>
          <w:rFonts w:eastAsia="Times New Roman" w:cs="Times New Roman"/>
          <w:iCs/>
          <w:sz w:val="20"/>
          <w:szCs w:val="20"/>
          <w:lang w:eastAsia="pl-PL"/>
        </w:rPr>
        <w:tab/>
      </w:r>
      <w:r>
        <w:rPr>
          <w:rFonts w:eastAsia="Times New Roman" w:cs="Times New Roman"/>
          <w:iCs/>
          <w:sz w:val="20"/>
          <w:szCs w:val="20"/>
          <w:lang w:eastAsia="pl-PL"/>
        </w:rPr>
        <w:tab/>
      </w:r>
      <w:r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752DD8">
        <w:rPr>
          <w:rFonts w:eastAsia="Times New Roman" w:cs="Times New Roman"/>
          <w:iCs/>
          <w:sz w:val="20"/>
          <w:szCs w:val="20"/>
          <w:lang w:eastAsia="pl-PL"/>
        </w:rPr>
        <w:t>…..............................................</w:t>
      </w:r>
      <w:r>
        <w:rPr>
          <w:rFonts w:eastAsia="Times New Roman" w:cs="Times New Roman"/>
          <w:iCs/>
          <w:sz w:val="20"/>
          <w:szCs w:val="20"/>
          <w:lang w:eastAsia="pl-PL"/>
        </w:rPr>
        <w:t>..........................</w:t>
      </w:r>
    </w:p>
    <w:p w14:paraId="1F44F84A" w14:textId="5073F914" w:rsidR="00752DD8" w:rsidRPr="00752DD8" w:rsidRDefault="00752DD8" w:rsidP="00752DD8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752DD8">
        <w:rPr>
          <w:rFonts w:eastAsia="Times New Roman" w:cs="Times New Roman"/>
          <w:iCs/>
          <w:sz w:val="20"/>
          <w:szCs w:val="20"/>
          <w:lang w:eastAsia="pl-PL"/>
        </w:rPr>
        <w:t>(miejscowość i data)</w:t>
      </w:r>
      <w:r w:rsidRPr="00752DD8">
        <w:rPr>
          <w:rFonts w:eastAsia="Times New Roman" w:cs="Times New Roman"/>
          <w:iCs/>
          <w:sz w:val="20"/>
          <w:szCs w:val="20"/>
          <w:lang w:eastAsia="pl-PL"/>
        </w:rPr>
        <w:tab/>
      </w:r>
      <w:r>
        <w:rPr>
          <w:rFonts w:eastAsia="Times New Roman" w:cs="Times New Roman"/>
          <w:iCs/>
          <w:sz w:val="20"/>
          <w:szCs w:val="20"/>
          <w:lang w:eastAsia="pl-PL"/>
        </w:rPr>
        <w:tab/>
      </w:r>
      <w:r>
        <w:rPr>
          <w:rFonts w:eastAsia="Times New Roman" w:cs="Times New Roman"/>
          <w:iCs/>
          <w:sz w:val="20"/>
          <w:szCs w:val="20"/>
          <w:lang w:eastAsia="pl-PL"/>
        </w:rPr>
        <w:tab/>
      </w:r>
      <w:r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752DD8">
        <w:rPr>
          <w:rFonts w:eastAsia="Times New Roman" w:cs="Times New Roman"/>
          <w:iCs/>
          <w:sz w:val="20"/>
          <w:szCs w:val="20"/>
          <w:lang w:eastAsia="pl-PL"/>
        </w:rPr>
        <w:t xml:space="preserve">(czytelny podpis </w:t>
      </w:r>
      <w:r>
        <w:rPr>
          <w:rFonts w:eastAsia="Times New Roman" w:cs="Times New Roman"/>
          <w:iCs/>
          <w:sz w:val="20"/>
          <w:szCs w:val="20"/>
          <w:lang w:eastAsia="pl-PL"/>
        </w:rPr>
        <w:t>laureata lub rodzica</w:t>
      </w:r>
      <w:r w:rsidRPr="00752DD8">
        <w:rPr>
          <w:rFonts w:eastAsia="Times New Roman" w:cs="Times New Roman"/>
          <w:iCs/>
          <w:sz w:val="20"/>
          <w:szCs w:val="20"/>
          <w:lang w:eastAsia="pl-PL"/>
        </w:rPr>
        <w:t>/opiekuna)</w:t>
      </w:r>
    </w:p>
    <w:p w14:paraId="511C0586" w14:textId="77777777" w:rsidR="00752DD8" w:rsidRDefault="00752DD8" w:rsidP="00155E4A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</w:p>
    <w:p w14:paraId="76E1F788" w14:textId="77777777" w:rsidR="00752DD8" w:rsidRDefault="00752DD8" w:rsidP="00155E4A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</w:p>
    <w:p w14:paraId="5DD52567" w14:textId="77777777" w:rsidR="00752DD8" w:rsidRDefault="00752DD8" w:rsidP="00155E4A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</w:p>
    <w:p w14:paraId="4AB32997" w14:textId="77777777" w:rsidR="00752DD8" w:rsidRDefault="00752DD8" w:rsidP="00155E4A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</w:p>
    <w:p w14:paraId="3BC9BBD9" w14:textId="77777777" w:rsidR="00752DD8" w:rsidRDefault="00752DD8" w:rsidP="00155E4A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</w:p>
    <w:p w14:paraId="1C16F083" w14:textId="77777777" w:rsidR="00752DD8" w:rsidRDefault="00752DD8" w:rsidP="00155E4A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</w:p>
    <w:p w14:paraId="5236B0F9" w14:textId="77777777" w:rsidR="00752DD8" w:rsidRDefault="00752DD8" w:rsidP="00155E4A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</w:p>
    <w:p w14:paraId="66E0766A" w14:textId="37159660" w:rsidR="00752DD8" w:rsidRPr="00752DD8" w:rsidRDefault="00752DD8" w:rsidP="00155E4A">
      <w:pPr>
        <w:spacing w:after="0" w:line="240" w:lineRule="auto"/>
        <w:rPr>
          <w:rFonts w:eastAsia="Times New Roman" w:cs="Times New Roman"/>
          <w:iCs/>
          <w:color w:val="EE0000"/>
          <w:sz w:val="20"/>
          <w:szCs w:val="20"/>
          <w:lang w:eastAsia="pl-PL"/>
        </w:rPr>
      </w:pPr>
      <w:r w:rsidRPr="00752DD8">
        <w:rPr>
          <w:rFonts w:eastAsia="Times New Roman" w:cs="Times New Roman"/>
          <w:iCs/>
          <w:color w:val="EE0000"/>
          <w:sz w:val="20"/>
          <w:szCs w:val="20"/>
          <w:lang w:eastAsia="pl-PL"/>
        </w:rPr>
        <w:t>UAWGI:</w:t>
      </w:r>
    </w:p>
    <w:p w14:paraId="43790FB7" w14:textId="3C16B92C" w:rsidR="00752DD8" w:rsidRPr="00752DD8" w:rsidRDefault="00752DD8" w:rsidP="00752DD8">
      <w:pPr>
        <w:spacing w:after="0" w:line="240" w:lineRule="auto"/>
        <w:rPr>
          <w:rFonts w:eastAsia="Times New Roman" w:cs="Times New Roman"/>
          <w:iCs/>
          <w:color w:val="EE0000"/>
          <w:sz w:val="20"/>
          <w:szCs w:val="20"/>
          <w:lang w:eastAsia="pl-PL"/>
        </w:rPr>
      </w:pPr>
      <w:r w:rsidRPr="00752DD8">
        <w:rPr>
          <w:rFonts w:eastAsia="Times New Roman" w:cs="Times New Roman"/>
          <w:iCs/>
          <w:color w:val="EE0000"/>
          <w:sz w:val="20"/>
          <w:szCs w:val="20"/>
          <w:lang w:eastAsia="pl-PL"/>
        </w:rPr>
        <w:t>*uzupełnić w przypadku, kiedy laureatem jest osoba dorosła</w:t>
      </w:r>
    </w:p>
    <w:p w14:paraId="4F51FF9E" w14:textId="6E554FA2" w:rsidR="00752DD8" w:rsidRPr="00752DD8" w:rsidRDefault="00752DD8" w:rsidP="00752DD8">
      <w:pPr>
        <w:spacing w:after="0" w:line="240" w:lineRule="auto"/>
        <w:rPr>
          <w:rFonts w:eastAsia="Times New Roman" w:cs="Times New Roman"/>
          <w:iCs/>
          <w:color w:val="EE0000"/>
          <w:sz w:val="20"/>
          <w:szCs w:val="20"/>
          <w:lang w:eastAsia="pl-PL"/>
        </w:rPr>
      </w:pPr>
      <w:r w:rsidRPr="00752DD8">
        <w:rPr>
          <w:rFonts w:eastAsia="Times New Roman" w:cs="Times New Roman"/>
          <w:iCs/>
          <w:color w:val="EE0000"/>
          <w:sz w:val="20"/>
          <w:szCs w:val="20"/>
          <w:lang w:eastAsia="pl-PL"/>
        </w:rPr>
        <w:t>**uzupełnić w przypadku</w:t>
      </w:r>
      <w:r w:rsidR="00577994">
        <w:rPr>
          <w:rFonts w:eastAsia="Times New Roman" w:cs="Times New Roman"/>
          <w:iCs/>
          <w:color w:val="EE0000"/>
          <w:sz w:val="20"/>
          <w:szCs w:val="20"/>
          <w:lang w:eastAsia="pl-PL"/>
        </w:rPr>
        <w:t>,</w:t>
      </w:r>
      <w:r w:rsidRPr="00752DD8">
        <w:rPr>
          <w:rFonts w:eastAsia="Times New Roman" w:cs="Times New Roman"/>
          <w:iCs/>
          <w:color w:val="EE0000"/>
          <w:sz w:val="20"/>
          <w:szCs w:val="20"/>
          <w:lang w:eastAsia="pl-PL"/>
        </w:rPr>
        <w:t xml:space="preserve"> kiedy laureatem jest osoba niepełnoletnia</w:t>
      </w:r>
    </w:p>
    <w:sectPr w:rsidR="00752DD8" w:rsidRPr="00752DD8" w:rsidSect="008C194E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50102" w14:textId="77777777" w:rsidR="00AB2A1E" w:rsidRDefault="00AB2A1E" w:rsidP="00295D36">
      <w:pPr>
        <w:spacing w:after="0" w:line="240" w:lineRule="auto"/>
      </w:pPr>
      <w:r>
        <w:separator/>
      </w:r>
    </w:p>
  </w:endnote>
  <w:endnote w:type="continuationSeparator" w:id="0">
    <w:p w14:paraId="386E2FB5" w14:textId="77777777" w:rsidR="00AB2A1E" w:rsidRDefault="00AB2A1E" w:rsidP="00295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02921" w14:textId="77777777" w:rsidR="00AB2A1E" w:rsidRDefault="00AB2A1E" w:rsidP="00295D36">
      <w:pPr>
        <w:spacing w:after="0" w:line="240" w:lineRule="auto"/>
      </w:pPr>
      <w:r>
        <w:separator/>
      </w:r>
    </w:p>
  </w:footnote>
  <w:footnote w:type="continuationSeparator" w:id="0">
    <w:p w14:paraId="545E593D" w14:textId="77777777" w:rsidR="00AB2A1E" w:rsidRDefault="00AB2A1E" w:rsidP="00295D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B562E"/>
    <w:multiLevelType w:val="hybridMultilevel"/>
    <w:tmpl w:val="CB8E8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A77B4"/>
    <w:multiLevelType w:val="multilevel"/>
    <w:tmpl w:val="45E27642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372C56"/>
    <w:multiLevelType w:val="hybridMultilevel"/>
    <w:tmpl w:val="A5648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DD7F26"/>
    <w:multiLevelType w:val="hybridMultilevel"/>
    <w:tmpl w:val="98D4988C"/>
    <w:lvl w:ilvl="0" w:tplc="AFBEAF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A604B3"/>
    <w:multiLevelType w:val="hybridMultilevel"/>
    <w:tmpl w:val="9E464B1C"/>
    <w:lvl w:ilvl="0" w:tplc="04150011">
      <w:start w:val="1"/>
      <w:numFmt w:val="decimal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" w15:restartNumberingAfterBreak="0">
    <w:nsid w:val="2ACE5649"/>
    <w:multiLevelType w:val="hybridMultilevel"/>
    <w:tmpl w:val="375AD8F8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F0AAF"/>
    <w:multiLevelType w:val="hybridMultilevel"/>
    <w:tmpl w:val="5BF068AA"/>
    <w:lvl w:ilvl="0" w:tplc="683885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8635C"/>
    <w:multiLevelType w:val="hybridMultilevel"/>
    <w:tmpl w:val="767A91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E05338"/>
    <w:multiLevelType w:val="hybridMultilevel"/>
    <w:tmpl w:val="13ACF6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C286D"/>
    <w:multiLevelType w:val="hybridMultilevel"/>
    <w:tmpl w:val="59DA9A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3941FA"/>
    <w:multiLevelType w:val="hybridMultilevel"/>
    <w:tmpl w:val="D49E61A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71878EF"/>
    <w:multiLevelType w:val="hybridMultilevel"/>
    <w:tmpl w:val="6BBA348E"/>
    <w:lvl w:ilvl="0" w:tplc="850A650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DB0B6F"/>
    <w:multiLevelType w:val="hybridMultilevel"/>
    <w:tmpl w:val="5D446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B704C"/>
    <w:multiLevelType w:val="hybridMultilevel"/>
    <w:tmpl w:val="E692EE70"/>
    <w:lvl w:ilvl="0" w:tplc="0415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175098"/>
    <w:multiLevelType w:val="hybridMultilevel"/>
    <w:tmpl w:val="2F96F3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CCB2630"/>
    <w:multiLevelType w:val="multilevel"/>
    <w:tmpl w:val="97BC6D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  <w:u w:val="single"/>
      </w:rPr>
    </w:lvl>
  </w:abstractNum>
  <w:abstractNum w:abstractNumId="22" w15:restartNumberingAfterBreak="0">
    <w:nsid w:val="5CE162C0"/>
    <w:multiLevelType w:val="hybridMultilevel"/>
    <w:tmpl w:val="34C6D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8344F5"/>
    <w:multiLevelType w:val="hybridMultilevel"/>
    <w:tmpl w:val="3EB6540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91651D"/>
    <w:multiLevelType w:val="hybridMultilevel"/>
    <w:tmpl w:val="AEF8C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4237A2"/>
    <w:multiLevelType w:val="hybridMultilevel"/>
    <w:tmpl w:val="63E49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307029"/>
    <w:multiLevelType w:val="hybridMultilevel"/>
    <w:tmpl w:val="6366B3D0"/>
    <w:lvl w:ilvl="0" w:tplc="70B2014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667501"/>
    <w:multiLevelType w:val="hybridMultilevel"/>
    <w:tmpl w:val="E8A6C0A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1934967541">
    <w:abstractNumId w:val="5"/>
  </w:num>
  <w:num w:numId="2" w16cid:durableId="1348672706">
    <w:abstractNumId w:val="3"/>
  </w:num>
  <w:num w:numId="3" w16cid:durableId="340282092">
    <w:abstractNumId w:val="2"/>
  </w:num>
  <w:num w:numId="4" w16cid:durableId="1628272442">
    <w:abstractNumId w:val="4"/>
  </w:num>
  <w:num w:numId="5" w16cid:durableId="892813250">
    <w:abstractNumId w:val="1"/>
  </w:num>
  <w:num w:numId="6" w16cid:durableId="249654694">
    <w:abstractNumId w:val="0"/>
  </w:num>
  <w:num w:numId="7" w16cid:durableId="119887312">
    <w:abstractNumId w:val="6"/>
  </w:num>
  <w:num w:numId="8" w16cid:durableId="548301745">
    <w:abstractNumId w:val="13"/>
  </w:num>
  <w:num w:numId="9" w16cid:durableId="1392315741">
    <w:abstractNumId w:val="21"/>
  </w:num>
  <w:num w:numId="10" w16cid:durableId="51974413">
    <w:abstractNumId w:val="24"/>
  </w:num>
  <w:num w:numId="11" w16cid:durableId="83965245">
    <w:abstractNumId w:val="25"/>
  </w:num>
  <w:num w:numId="12" w16cid:durableId="1949461875">
    <w:abstractNumId w:val="18"/>
  </w:num>
  <w:num w:numId="13" w16cid:durableId="1056397701">
    <w:abstractNumId w:val="14"/>
  </w:num>
  <w:num w:numId="14" w16cid:durableId="1192647152">
    <w:abstractNumId w:val="22"/>
  </w:num>
  <w:num w:numId="15" w16cid:durableId="447815143">
    <w:abstractNumId w:val="8"/>
  </w:num>
  <w:num w:numId="16" w16cid:durableId="303201275">
    <w:abstractNumId w:val="9"/>
  </w:num>
  <w:num w:numId="17" w16cid:durableId="2093238918">
    <w:abstractNumId w:val="15"/>
  </w:num>
  <w:num w:numId="18" w16cid:durableId="173232530">
    <w:abstractNumId w:val="12"/>
  </w:num>
  <w:num w:numId="19" w16cid:durableId="1690176610">
    <w:abstractNumId w:val="26"/>
  </w:num>
  <w:num w:numId="20" w16cid:durableId="106897969">
    <w:abstractNumId w:val="11"/>
  </w:num>
  <w:num w:numId="21" w16cid:durableId="2554095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30852494">
    <w:abstractNumId w:val="7"/>
  </w:num>
  <w:num w:numId="23" w16cid:durableId="1108693289">
    <w:abstractNumId w:val="19"/>
  </w:num>
  <w:num w:numId="24" w16cid:durableId="1024945308">
    <w:abstractNumId w:val="20"/>
  </w:num>
  <w:num w:numId="25" w16cid:durableId="128590414">
    <w:abstractNumId w:val="10"/>
  </w:num>
  <w:num w:numId="26" w16cid:durableId="626279146">
    <w:abstractNumId w:val="23"/>
  </w:num>
  <w:num w:numId="27" w16cid:durableId="1595630254">
    <w:abstractNumId w:val="27"/>
  </w:num>
  <w:num w:numId="28" w16cid:durableId="1179193299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32C"/>
    <w:rsid w:val="00007DBA"/>
    <w:rsid w:val="00034616"/>
    <w:rsid w:val="00045B45"/>
    <w:rsid w:val="0006063C"/>
    <w:rsid w:val="00065AF0"/>
    <w:rsid w:val="00075B28"/>
    <w:rsid w:val="000C3E59"/>
    <w:rsid w:val="000D3967"/>
    <w:rsid w:val="000E5E71"/>
    <w:rsid w:val="000E78D3"/>
    <w:rsid w:val="000F20FB"/>
    <w:rsid w:val="001157B4"/>
    <w:rsid w:val="001506D5"/>
    <w:rsid w:val="0015074B"/>
    <w:rsid w:val="00154899"/>
    <w:rsid w:val="00155E4A"/>
    <w:rsid w:val="00176A53"/>
    <w:rsid w:val="001875C5"/>
    <w:rsid w:val="00197396"/>
    <w:rsid w:val="001F7999"/>
    <w:rsid w:val="002621D9"/>
    <w:rsid w:val="002722B4"/>
    <w:rsid w:val="00280BFF"/>
    <w:rsid w:val="00285D7B"/>
    <w:rsid w:val="00295D36"/>
    <w:rsid w:val="0029639D"/>
    <w:rsid w:val="002A6BE8"/>
    <w:rsid w:val="002B79A7"/>
    <w:rsid w:val="002D08E1"/>
    <w:rsid w:val="002D11B8"/>
    <w:rsid w:val="002E1F36"/>
    <w:rsid w:val="002E2B75"/>
    <w:rsid w:val="002F1301"/>
    <w:rsid w:val="003023EC"/>
    <w:rsid w:val="00305543"/>
    <w:rsid w:val="003226CD"/>
    <w:rsid w:val="00326F90"/>
    <w:rsid w:val="00335639"/>
    <w:rsid w:val="00337956"/>
    <w:rsid w:val="003422FD"/>
    <w:rsid w:val="003611E0"/>
    <w:rsid w:val="00375806"/>
    <w:rsid w:val="00376B35"/>
    <w:rsid w:val="003A18B1"/>
    <w:rsid w:val="003C4A21"/>
    <w:rsid w:val="003D057D"/>
    <w:rsid w:val="00402AA5"/>
    <w:rsid w:val="004119FA"/>
    <w:rsid w:val="004126B6"/>
    <w:rsid w:val="00432CED"/>
    <w:rsid w:val="004359F6"/>
    <w:rsid w:val="00454EB0"/>
    <w:rsid w:val="00454FC7"/>
    <w:rsid w:val="00461881"/>
    <w:rsid w:val="00471B64"/>
    <w:rsid w:val="004752BB"/>
    <w:rsid w:val="00475680"/>
    <w:rsid w:val="00496E32"/>
    <w:rsid w:val="0049744C"/>
    <w:rsid w:val="004A3789"/>
    <w:rsid w:val="004A452F"/>
    <w:rsid w:val="004B017A"/>
    <w:rsid w:val="004B1E69"/>
    <w:rsid w:val="004B2836"/>
    <w:rsid w:val="004B7583"/>
    <w:rsid w:val="004B7BE5"/>
    <w:rsid w:val="004C5ABF"/>
    <w:rsid w:val="004D2076"/>
    <w:rsid w:val="004D5ADA"/>
    <w:rsid w:val="004E08FD"/>
    <w:rsid w:val="004F06A0"/>
    <w:rsid w:val="004F178B"/>
    <w:rsid w:val="005052F8"/>
    <w:rsid w:val="0053066D"/>
    <w:rsid w:val="005379E4"/>
    <w:rsid w:val="00540FFC"/>
    <w:rsid w:val="0054428F"/>
    <w:rsid w:val="0054798E"/>
    <w:rsid w:val="00560FF7"/>
    <w:rsid w:val="0056520E"/>
    <w:rsid w:val="00571BD1"/>
    <w:rsid w:val="00577994"/>
    <w:rsid w:val="00582F74"/>
    <w:rsid w:val="00584318"/>
    <w:rsid w:val="00587E48"/>
    <w:rsid w:val="005B21EB"/>
    <w:rsid w:val="005C39B8"/>
    <w:rsid w:val="005F25BB"/>
    <w:rsid w:val="006019AF"/>
    <w:rsid w:val="00604949"/>
    <w:rsid w:val="0061565C"/>
    <w:rsid w:val="00623743"/>
    <w:rsid w:val="006407C8"/>
    <w:rsid w:val="00641553"/>
    <w:rsid w:val="00646237"/>
    <w:rsid w:val="00654419"/>
    <w:rsid w:val="00656B5A"/>
    <w:rsid w:val="0066187E"/>
    <w:rsid w:val="00663C2B"/>
    <w:rsid w:val="006837B0"/>
    <w:rsid w:val="006A15D0"/>
    <w:rsid w:val="006A2347"/>
    <w:rsid w:val="006C5A7C"/>
    <w:rsid w:val="006C7804"/>
    <w:rsid w:val="006D61BD"/>
    <w:rsid w:val="006E11F4"/>
    <w:rsid w:val="006E1E20"/>
    <w:rsid w:val="007270A6"/>
    <w:rsid w:val="00752DD8"/>
    <w:rsid w:val="007756AD"/>
    <w:rsid w:val="00793F2C"/>
    <w:rsid w:val="007A2E62"/>
    <w:rsid w:val="007B5D10"/>
    <w:rsid w:val="007C22D1"/>
    <w:rsid w:val="00815E08"/>
    <w:rsid w:val="0082498E"/>
    <w:rsid w:val="00826D08"/>
    <w:rsid w:val="00840AE8"/>
    <w:rsid w:val="00844537"/>
    <w:rsid w:val="00873A50"/>
    <w:rsid w:val="00883C0C"/>
    <w:rsid w:val="00884937"/>
    <w:rsid w:val="008A6988"/>
    <w:rsid w:val="008C194E"/>
    <w:rsid w:val="008C649E"/>
    <w:rsid w:val="008C705F"/>
    <w:rsid w:val="008D5559"/>
    <w:rsid w:val="008D7FC3"/>
    <w:rsid w:val="008E3A83"/>
    <w:rsid w:val="008F41F0"/>
    <w:rsid w:val="00916D1D"/>
    <w:rsid w:val="00934297"/>
    <w:rsid w:val="0094441C"/>
    <w:rsid w:val="00947DDE"/>
    <w:rsid w:val="0095413D"/>
    <w:rsid w:val="0096244C"/>
    <w:rsid w:val="0097505C"/>
    <w:rsid w:val="009807D1"/>
    <w:rsid w:val="009A5FA5"/>
    <w:rsid w:val="009B2DE4"/>
    <w:rsid w:val="009C083C"/>
    <w:rsid w:val="009D0274"/>
    <w:rsid w:val="009D4541"/>
    <w:rsid w:val="009E387E"/>
    <w:rsid w:val="009E481D"/>
    <w:rsid w:val="009F2818"/>
    <w:rsid w:val="009F7519"/>
    <w:rsid w:val="00A002BE"/>
    <w:rsid w:val="00A03EE7"/>
    <w:rsid w:val="00A219B5"/>
    <w:rsid w:val="00A21C80"/>
    <w:rsid w:val="00A33A2C"/>
    <w:rsid w:val="00A4056A"/>
    <w:rsid w:val="00A5200D"/>
    <w:rsid w:val="00A53703"/>
    <w:rsid w:val="00A65A0E"/>
    <w:rsid w:val="00A67AA3"/>
    <w:rsid w:val="00A93A6E"/>
    <w:rsid w:val="00AA1D8D"/>
    <w:rsid w:val="00AA43EB"/>
    <w:rsid w:val="00AA5F1E"/>
    <w:rsid w:val="00AB2A1E"/>
    <w:rsid w:val="00AB34B8"/>
    <w:rsid w:val="00AB68B3"/>
    <w:rsid w:val="00AB7030"/>
    <w:rsid w:val="00AC5A9B"/>
    <w:rsid w:val="00AD549F"/>
    <w:rsid w:val="00AD592E"/>
    <w:rsid w:val="00AD5BFC"/>
    <w:rsid w:val="00AE5F7B"/>
    <w:rsid w:val="00B11A26"/>
    <w:rsid w:val="00B12ED1"/>
    <w:rsid w:val="00B1764D"/>
    <w:rsid w:val="00B17FB6"/>
    <w:rsid w:val="00B23942"/>
    <w:rsid w:val="00B26C05"/>
    <w:rsid w:val="00B30B4F"/>
    <w:rsid w:val="00B43DB9"/>
    <w:rsid w:val="00B47730"/>
    <w:rsid w:val="00B60CC4"/>
    <w:rsid w:val="00B87251"/>
    <w:rsid w:val="00B87359"/>
    <w:rsid w:val="00BA1C59"/>
    <w:rsid w:val="00BA6990"/>
    <w:rsid w:val="00BB21D8"/>
    <w:rsid w:val="00BB2A1B"/>
    <w:rsid w:val="00BB431D"/>
    <w:rsid w:val="00BC0B44"/>
    <w:rsid w:val="00BE53EF"/>
    <w:rsid w:val="00BF0099"/>
    <w:rsid w:val="00BF68E5"/>
    <w:rsid w:val="00BF72D3"/>
    <w:rsid w:val="00C00453"/>
    <w:rsid w:val="00C033E2"/>
    <w:rsid w:val="00C03D49"/>
    <w:rsid w:val="00C04878"/>
    <w:rsid w:val="00C13C37"/>
    <w:rsid w:val="00C14DA6"/>
    <w:rsid w:val="00C4013E"/>
    <w:rsid w:val="00C67DD4"/>
    <w:rsid w:val="00C750D4"/>
    <w:rsid w:val="00C75696"/>
    <w:rsid w:val="00C760E8"/>
    <w:rsid w:val="00C77BDD"/>
    <w:rsid w:val="00C85F0D"/>
    <w:rsid w:val="00CA4275"/>
    <w:rsid w:val="00CA52C6"/>
    <w:rsid w:val="00CB0664"/>
    <w:rsid w:val="00CC7863"/>
    <w:rsid w:val="00CD28E9"/>
    <w:rsid w:val="00CD4F2D"/>
    <w:rsid w:val="00CE1123"/>
    <w:rsid w:val="00CE2CDC"/>
    <w:rsid w:val="00CF20BB"/>
    <w:rsid w:val="00D01B5C"/>
    <w:rsid w:val="00D04E39"/>
    <w:rsid w:val="00D50871"/>
    <w:rsid w:val="00D655BA"/>
    <w:rsid w:val="00D9731B"/>
    <w:rsid w:val="00DD16C4"/>
    <w:rsid w:val="00DD7D3B"/>
    <w:rsid w:val="00DE2114"/>
    <w:rsid w:val="00DF4D59"/>
    <w:rsid w:val="00E05477"/>
    <w:rsid w:val="00E13BF6"/>
    <w:rsid w:val="00E160EE"/>
    <w:rsid w:val="00E2231B"/>
    <w:rsid w:val="00E22C01"/>
    <w:rsid w:val="00E318B1"/>
    <w:rsid w:val="00E36ABC"/>
    <w:rsid w:val="00E37A0E"/>
    <w:rsid w:val="00E47C4F"/>
    <w:rsid w:val="00E571BC"/>
    <w:rsid w:val="00E57AC2"/>
    <w:rsid w:val="00E65F34"/>
    <w:rsid w:val="00E71A48"/>
    <w:rsid w:val="00E7507A"/>
    <w:rsid w:val="00E77140"/>
    <w:rsid w:val="00E7749C"/>
    <w:rsid w:val="00E80B73"/>
    <w:rsid w:val="00E92423"/>
    <w:rsid w:val="00ED1950"/>
    <w:rsid w:val="00ED1C79"/>
    <w:rsid w:val="00EF2CDC"/>
    <w:rsid w:val="00EF729F"/>
    <w:rsid w:val="00F01B9F"/>
    <w:rsid w:val="00F231B4"/>
    <w:rsid w:val="00F977AE"/>
    <w:rsid w:val="00FA0769"/>
    <w:rsid w:val="00FA087A"/>
    <w:rsid w:val="00FC5577"/>
    <w:rsid w:val="00FC693F"/>
    <w:rsid w:val="00FD4378"/>
    <w:rsid w:val="00FE776B"/>
    <w:rsid w:val="00FF12C1"/>
    <w:rsid w:val="00FF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64E8DE"/>
  <w14:defaultImageDpi w14:val="300"/>
  <w15:docId w15:val="{F46FAA96-D600-4B72-A113-CB107C5AF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Times New Roman" w:hAnsi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1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49744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744C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840AE8"/>
    <w:pPr>
      <w:numPr>
        <w:numId w:val="22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48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48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4878"/>
    <w:rPr>
      <w:rFonts w:ascii="Times New Roman" w:hAnsi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8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4878"/>
    <w:rPr>
      <w:rFonts w:ascii="Times New Roman" w:hAnsi="Times New Roman"/>
      <w:b/>
      <w:bCs/>
      <w:sz w:val="20"/>
      <w:szCs w:val="20"/>
      <w:lang w:val="pl-PL"/>
    </w:rPr>
  </w:style>
  <w:style w:type="paragraph" w:styleId="NormalnyWeb">
    <w:name w:val="Normal (Web)"/>
    <w:basedOn w:val="Normalny"/>
    <w:uiPriority w:val="99"/>
    <w:unhideWhenUsed/>
    <w:rsid w:val="00CE2CD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5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5B28"/>
    <w:rPr>
      <w:rFonts w:ascii="Times New Roman" w:hAnsi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5B28"/>
    <w:rPr>
      <w:vertAlign w:val="superscript"/>
    </w:rPr>
  </w:style>
  <w:style w:type="paragraph" w:styleId="Poprawka">
    <w:name w:val="Revision"/>
    <w:hidden/>
    <w:uiPriority w:val="99"/>
    <w:semiHidden/>
    <w:rsid w:val="00D655BA"/>
    <w:pPr>
      <w:spacing w:after="0" w:line="240" w:lineRule="auto"/>
    </w:pPr>
    <w:rPr>
      <w:rFonts w:ascii="Times New Roman" w:hAnsi="Times New Roman"/>
      <w:sz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</Pages>
  <Words>162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Weronika Nowak</cp:lastModifiedBy>
  <cp:revision>55</cp:revision>
  <cp:lastPrinted>2026-08-19T13:12:00Z</cp:lastPrinted>
  <dcterms:created xsi:type="dcterms:W3CDTF">2026-07-09T09:23:00Z</dcterms:created>
  <dcterms:modified xsi:type="dcterms:W3CDTF">2026-08-20T13:19:00Z</dcterms:modified>
  <cp:category/>
</cp:coreProperties>
</file>